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C139" w14:textId="77777777" w:rsidR="00366799" w:rsidRPr="00F53D52" w:rsidRDefault="00000000">
      <w:pPr>
        <w:spacing w:before="560" w:after="240"/>
        <w:jc w:val="center"/>
      </w:pPr>
      <w:r w:rsidRPr="00F53D52">
        <w:rPr>
          <w:rFonts w:eastAsia="Arial"/>
          <w:b/>
          <w:sz w:val="44"/>
        </w:rPr>
        <w:t>STANDARDY OCHRONY MAŁOLETNICH</w:t>
      </w:r>
    </w:p>
    <w:p w14:paraId="52EE83A5" w14:textId="77777777" w:rsidR="00366799" w:rsidRPr="00F53D52" w:rsidRDefault="00000000">
      <w:pPr>
        <w:jc w:val="center"/>
      </w:pPr>
      <w:r w:rsidRPr="00F53D52">
        <w:rPr>
          <w:rFonts w:eastAsia="Arial"/>
          <w:b/>
          <w:sz w:val="24"/>
        </w:rPr>
        <w:t>KUCYKOWY ŻŁOBEK • SMOLICE 23C • 95-010 STRYKÓW</w:t>
      </w:r>
    </w:p>
    <w:p w14:paraId="233D25EA" w14:textId="77777777" w:rsidR="00366799" w:rsidRPr="00F53D52" w:rsidRDefault="00000000">
      <w:pPr>
        <w:jc w:val="center"/>
      </w:pPr>
      <w:r w:rsidRPr="00F53D52">
        <w:rPr>
          <w:rFonts w:eastAsia="Arial"/>
          <w:b/>
          <w:sz w:val="28"/>
        </w:rPr>
        <w:t>WERSJA ZUPEŁNA</w:t>
      </w:r>
    </w:p>
    <w:p w14:paraId="7BE434BB" w14:textId="0067666E" w:rsidR="00366799" w:rsidRPr="00F53D52" w:rsidRDefault="00000000">
      <w:pPr>
        <w:jc w:val="center"/>
      </w:pPr>
      <w:r w:rsidRPr="00F53D52">
        <w:rPr>
          <w:rFonts w:eastAsia="Arial"/>
        </w:rPr>
        <w:t xml:space="preserve">Aktualizacja 2026 • stan prawny </w:t>
      </w:r>
      <w:proofErr w:type="spellStart"/>
      <w:r w:rsidRPr="00F53D52">
        <w:rPr>
          <w:rFonts w:eastAsia="Arial"/>
        </w:rPr>
        <w:t>na</w:t>
      </w:r>
      <w:proofErr w:type="spellEnd"/>
      <w:r w:rsidRPr="00F53D52">
        <w:rPr>
          <w:rFonts w:eastAsia="Arial"/>
        </w:rPr>
        <w:t xml:space="preserve"> </w:t>
      </w:r>
      <w:r w:rsidR="00F53D52">
        <w:rPr>
          <w:rFonts w:eastAsia="Arial"/>
        </w:rPr>
        <w:t>18</w:t>
      </w:r>
      <w:r w:rsidRPr="00F53D52">
        <w:rPr>
          <w:rFonts w:eastAsia="Arial"/>
        </w:rPr>
        <w:t>.08.2026 r.</w:t>
      </w:r>
    </w:p>
    <w:p w14:paraId="7CC7E902" w14:textId="77777777" w:rsidR="00366799" w:rsidRDefault="0036679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79"/>
        <w:gridCol w:w="4983"/>
      </w:tblGrid>
      <w:tr w:rsidR="00366799" w14:paraId="6263531C" w14:textId="77777777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42F454" w14:textId="77777777" w:rsidR="00366799" w:rsidRDefault="00000000">
            <w:r>
              <w:rPr>
                <w:rFonts w:eastAsia="Arial"/>
                <w:b/>
                <w:color w:val="243746"/>
                <w:sz w:val="19"/>
              </w:rPr>
              <w:t>Załącznik nr 1 do Zarządzenia Nr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A40512" w14:textId="77777777" w:rsidR="00366799" w:rsidRDefault="00000000">
            <w:r>
              <w:rPr>
                <w:rFonts w:eastAsia="Arial"/>
                <w:sz w:val="19"/>
              </w:rPr>
              <w:t>........................................................</w:t>
            </w:r>
          </w:p>
        </w:tc>
      </w:tr>
      <w:tr w:rsidR="00366799" w14:paraId="222DEAB8" w14:textId="77777777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855A1" w14:textId="77777777" w:rsidR="00366799" w:rsidRDefault="00000000">
            <w:r>
              <w:rPr>
                <w:rFonts w:eastAsia="Arial"/>
                <w:b/>
                <w:color w:val="243746"/>
                <w:sz w:val="19"/>
              </w:rPr>
              <w:t>z dnia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79D002" w14:textId="77777777" w:rsidR="00366799" w:rsidRDefault="00000000">
            <w:r>
              <w:rPr>
                <w:rFonts w:eastAsia="Arial"/>
                <w:sz w:val="19"/>
              </w:rPr>
              <w:t>........................................................ 2026 r.</w:t>
            </w:r>
          </w:p>
        </w:tc>
      </w:tr>
      <w:tr w:rsidR="00366799" w14:paraId="62F68B72" w14:textId="77777777">
        <w:trPr>
          <w:jc w:val="center"/>
        </w:trPr>
        <w:tc>
          <w:tcPr>
            <w:tcW w:w="4986" w:type="dxa"/>
            <w:shd w:val="clear" w:color="auto" w:fill="EEF4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25069" w14:textId="77777777" w:rsidR="00366799" w:rsidRDefault="00000000">
            <w:r>
              <w:rPr>
                <w:rFonts w:eastAsia="Arial"/>
                <w:b/>
                <w:color w:val="243746"/>
                <w:sz w:val="19"/>
              </w:rPr>
              <w:t>Koordynator ds. SOM</w:t>
            </w:r>
          </w:p>
        </w:tc>
        <w:tc>
          <w:tcPr>
            <w:tcW w:w="498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23B57E" w14:textId="1BA3D6C8" w:rsidR="00366799" w:rsidRDefault="00F53D52">
            <w:r>
              <w:rPr>
                <w:rFonts w:eastAsia="Arial"/>
                <w:sz w:val="19"/>
              </w:rPr>
              <w:t xml:space="preserve">MALWINA MŁYNARCZYK, DYREKTOR </w:t>
            </w:r>
            <w:r w:rsidR="00000000">
              <w:rPr>
                <w:rFonts w:eastAsia="Arial"/>
                <w:sz w:val="19"/>
              </w:rPr>
              <w:t xml:space="preserve"> (imię i nazwisko, stanowisko)</w:t>
            </w:r>
          </w:p>
        </w:tc>
      </w:tr>
    </w:tbl>
    <w:p w14:paraId="27508B1A" w14:textId="77777777" w:rsidR="00366799" w:rsidRDefault="0036679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F53D52" w:rsidRPr="00F53D52" w14:paraId="74C55AD0" w14:textId="77777777">
        <w:trPr>
          <w:jc w:val="center"/>
        </w:trPr>
        <w:tc>
          <w:tcPr>
            <w:tcW w:w="9972" w:type="dxa"/>
            <w:shd w:val="clear" w:color="auto" w:fill="EEF4F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F5337E" w14:textId="77777777" w:rsidR="00366799" w:rsidRPr="00F53D52" w:rsidRDefault="00000000">
            <w:pPr>
              <w:rPr>
                <w:color w:val="403152" w:themeColor="accent4" w:themeShade="80"/>
              </w:rPr>
            </w:pPr>
            <w:r w:rsidRPr="00F53D52">
              <w:rPr>
                <w:rFonts w:eastAsia="Arial"/>
                <w:b/>
                <w:color w:val="403152" w:themeColor="accent4" w:themeShade="80"/>
              </w:rPr>
              <w:t xml:space="preserve">Cel dokumentu: </w:t>
            </w:r>
            <w:r w:rsidRPr="00F53D52">
              <w:rPr>
                <w:rFonts w:eastAsia="Arial"/>
                <w:color w:val="403152" w:themeColor="accent4" w:themeShade="80"/>
              </w:rPr>
              <w:t>zapewnienie dzieciom przebywającym w Kucykowym Żłobku bezpiecznego środowiska oraz jasnych zasad zapobiegania krzywdzeniu, rozpoznawania zagrożeń i reagowania na nie.</w:t>
            </w:r>
          </w:p>
        </w:tc>
      </w:tr>
    </w:tbl>
    <w:p w14:paraId="5239C8EF" w14:textId="77777777" w:rsidR="00366799" w:rsidRDefault="00366799">
      <w:pPr>
        <w:spacing w:after="20"/>
      </w:pPr>
    </w:p>
    <w:p w14:paraId="0DDE5DE8" w14:textId="77777777" w:rsidR="00366799" w:rsidRDefault="00000000">
      <w:r>
        <w:br w:type="page"/>
      </w:r>
    </w:p>
    <w:p w14:paraId="26C54208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Spis treści</w:t>
      </w:r>
    </w:p>
    <w:p w14:paraId="788301F2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1. Postanowienia ogólne i podstawy prawne</w:t>
      </w:r>
    </w:p>
    <w:p w14:paraId="54EEA756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2. Definicje</w:t>
      </w:r>
    </w:p>
    <w:p w14:paraId="629662FC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3. Weryfikacja osób przed dopuszczeniem do pracy lub działalności z dziećmi</w:t>
      </w:r>
    </w:p>
    <w:p w14:paraId="3E604818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4. Bezpieczne relacje personel–dziecko</w:t>
      </w:r>
    </w:p>
    <w:p w14:paraId="0EBAA5CD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5. Bezpieczne relacje między dziećmi</w:t>
      </w:r>
    </w:p>
    <w:p w14:paraId="29775E39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6. Zasady korzystania z urządzeń elektronicznych i ochrona przed treściami szkodliwymi</w:t>
      </w:r>
    </w:p>
    <w:p w14:paraId="636685C0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7. Przyjmowanie zgłoszeń, dokumentowanie incydentów i udzielanie wsparcia</w:t>
      </w:r>
    </w:p>
    <w:p w14:paraId="6F25F6CE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8. Procedura interwencji w przypadku podejrzenia krzywdzenia dziecka</w:t>
      </w:r>
    </w:p>
    <w:p w14:paraId="1E7A37CC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9. Zawiadomienia do właściwych organów i procedura „Niebieskie Karty”</w:t>
      </w:r>
    </w:p>
    <w:p w14:paraId="51BB436E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10. Plan wsparcia dziecka po ujawnieniu krzywdzenia</w:t>
      </w:r>
    </w:p>
    <w:p w14:paraId="1816C741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11. Koordynator ds. Standardów Ochrony Małoletnich i przygotowanie personelu</w:t>
      </w:r>
    </w:p>
    <w:p w14:paraId="3CE6B87E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12. Przegląd, aktualizacja i dokumentowanie oceny standardów</w:t>
      </w:r>
    </w:p>
    <w:p w14:paraId="7A40963B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13. Udostępnianie standardów rodzicom i dzieciom</w:t>
      </w:r>
    </w:p>
    <w:p w14:paraId="1AD05B2F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14. Ochrona wizerunku i danych osobowych dziecka</w:t>
      </w:r>
    </w:p>
    <w:p w14:paraId="4646D664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15. Postanowienia końcowe</w:t>
      </w:r>
    </w:p>
    <w:p w14:paraId="269B9CA3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16. Historia zmian</w:t>
      </w:r>
    </w:p>
    <w:p w14:paraId="3AD4D8AE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17. Wykaz załączników</w:t>
      </w:r>
    </w:p>
    <w:p w14:paraId="12895F49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1. Postanowienia ogólne i podstawy prawne</w:t>
      </w:r>
    </w:p>
    <w:p w14:paraId="3B191F5A" w14:textId="77777777" w:rsidR="00366799" w:rsidRDefault="00000000" w:rsidP="00F53D52">
      <w:pPr>
        <w:jc w:val="both"/>
      </w:pPr>
      <w:r>
        <w:rPr>
          <w:rFonts w:eastAsia="Arial"/>
        </w:rPr>
        <w:t>1. Standardy Ochrony Małoletnich, dalej „SOM” lub „Standardy”, obowiązują wszystkie osoby wykonujące pracę, usługi, praktyki, staż, wolontariat albo inną działalność na terenie Kucykowego Żłobka lub w ramach działań organizowanych przez Placówkę, jeżeli mają kontakt z dziećmi.</w:t>
      </w:r>
    </w:p>
    <w:p w14:paraId="4DD4A380" w14:textId="77777777" w:rsidR="00366799" w:rsidRDefault="00000000" w:rsidP="00F53D52">
      <w:pPr>
        <w:jc w:val="both"/>
      </w:pPr>
      <w:r>
        <w:rPr>
          <w:rFonts w:eastAsia="Arial"/>
        </w:rPr>
        <w:t>2. Naczelną zasadą jest działanie dla dobra dziecka i w jego najlepszym interesie, z poszanowaniem godności, potrzeb rozwojowych, prywatności i bezpieczeństwa.</w:t>
      </w:r>
    </w:p>
    <w:p w14:paraId="71913D3D" w14:textId="77777777" w:rsidR="00366799" w:rsidRDefault="00000000" w:rsidP="00F53D52">
      <w:pPr>
        <w:jc w:val="both"/>
      </w:pPr>
      <w:r>
        <w:rPr>
          <w:rFonts w:eastAsia="Arial"/>
        </w:rPr>
        <w:t>3. Standardy są dostosowane do specyfiki opieki nad dziećmi w wieku do lat 3, w tym do konieczności wykonywania czynności opiekuńczych i higienicznych oraz do ograniczonych możliwości werbalnego komunikowania przez najmłodsze dzieci.</w:t>
      </w:r>
    </w:p>
    <w:p w14:paraId="6BE741E5" w14:textId="77777777" w:rsidR="00366799" w:rsidRDefault="00000000" w:rsidP="00F53D52">
      <w:pPr>
        <w:jc w:val="both"/>
      </w:pPr>
      <w:r>
        <w:rPr>
          <w:rFonts w:eastAsia="Arial"/>
        </w:rPr>
        <w:t>4. Przy stosowaniu Standardów uwzględnia się szczególne potrzeby dzieci z niepełnosprawnościami, chorobami przewlekłymi, trudnościami komunikacyjnymi oraz innymi specjalnymi potrzebami rozwojowymi.</w:t>
      </w:r>
    </w:p>
    <w:p w14:paraId="21D7EE65" w14:textId="77777777" w:rsidR="00366799" w:rsidRDefault="00000000" w:rsidP="00F53D52">
      <w:pPr>
        <w:jc w:val="both"/>
      </w:pPr>
      <w:r>
        <w:rPr>
          <w:rFonts w:eastAsia="Arial"/>
        </w:rPr>
        <w:t>5. Standardy opracowano w szczególności na podstawie:</w:t>
      </w:r>
    </w:p>
    <w:p w14:paraId="73E16A6F" w14:textId="77738840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ustawy z dnia 13 maja 2016 r. o </w:t>
      </w:r>
      <w:proofErr w:type="spellStart"/>
      <w:r>
        <w:rPr>
          <w:rFonts w:eastAsia="Arial"/>
          <w:sz w:val="20"/>
        </w:rPr>
        <w:t>przeciwdziałaniu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zagrożeniom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przestępczością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tle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seksualnym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proofErr w:type="spellStart"/>
      <w:r>
        <w:rPr>
          <w:rFonts w:eastAsia="Arial"/>
          <w:sz w:val="20"/>
        </w:rPr>
        <w:t>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ochronie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małoletnich</w:t>
      </w:r>
      <w:proofErr w:type="spellEnd"/>
      <w:r>
        <w:rPr>
          <w:rFonts w:eastAsia="Arial"/>
          <w:sz w:val="20"/>
        </w:rPr>
        <w:t xml:space="preserve"> (</w:t>
      </w:r>
      <w:proofErr w:type="spellStart"/>
      <w:r>
        <w:rPr>
          <w:rFonts w:eastAsia="Arial"/>
          <w:sz w:val="20"/>
        </w:rPr>
        <w:t>tekst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jednolity</w:t>
      </w:r>
      <w:proofErr w:type="spellEnd"/>
      <w:r>
        <w:rPr>
          <w:rFonts w:eastAsia="Arial"/>
          <w:sz w:val="20"/>
        </w:rPr>
        <w:t>: Dz.U. z 2026 r. poz. 110), w szczególności art. 21 oraz art. 22b–22c;</w:t>
      </w:r>
    </w:p>
    <w:p w14:paraId="29BD2B0C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ustawy z dnia 29 lipca 2005 r. o przeciwdziałaniu przemocy domowej – w aktualnym brzmieniu;</w:t>
      </w:r>
    </w:p>
    <w:p w14:paraId="5929359D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rozporządzenia Rady Ministrów z dnia 6 września 2023 r. w sprawie procedury „Niebieskie Karty” oraz wzorów formularzy „Niebieska Karta” (Dz.U. z 2023 r. poz. 1870);</w:t>
      </w:r>
    </w:p>
    <w:p w14:paraId="1CFAA21A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rozporządzenia Parlamentu Europejskiego i Rady (UE) 2016/679 (RODO) oraz przepisów krajowych dotyczących ochrony danych osobowych;</w:t>
      </w:r>
    </w:p>
    <w:p w14:paraId="56297FA8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przepisów Kodeksu rodzinnego i opiekuńczego oraz Kodeksu karnego – w zakresie właściwym dla ochrony dziecka.</w:t>
      </w:r>
    </w:p>
    <w:p w14:paraId="1113436D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2. Definicje</w:t>
      </w:r>
    </w:p>
    <w:p w14:paraId="2B0E5596" w14:textId="77777777" w:rsidR="00366799" w:rsidRDefault="00000000">
      <w:r>
        <w:rPr>
          <w:rFonts w:eastAsia="Arial"/>
          <w:b/>
          <w:color w:val="243746"/>
        </w:rPr>
        <w:t xml:space="preserve">Placówka – </w:t>
      </w:r>
      <w:r>
        <w:rPr>
          <w:rFonts w:eastAsia="Arial"/>
        </w:rPr>
        <w:t>Kucykowy Żłobek, Smolice 23C, 95-010 Stryków.</w:t>
      </w:r>
    </w:p>
    <w:p w14:paraId="5FF61CAE" w14:textId="77777777" w:rsidR="00366799" w:rsidRDefault="00000000">
      <w:r>
        <w:rPr>
          <w:rFonts w:eastAsia="Arial"/>
          <w:b/>
          <w:color w:val="243746"/>
        </w:rPr>
        <w:t xml:space="preserve">Dyrektor – </w:t>
      </w:r>
      <w:r>
        <w:rPr>
          <w:rFonts w:eastAsia="Arial"/>
        </w:rPr>
        <w:t>osoba kierująca Placówką i reprezentująca ją w zakresie bieżącego funkcjonowania.</w:t>
      </w:r>
    </w:p>
    <w:p w14:paraId="7FB71A18" w14:textId="77777777" w:rsidR="00366799" w:rsidRDefault="00000000">
      <w:r>
        <w:rPr>
          <w:rFonts w:eastAsia="Arial"/>
          <w:b/>
          <w:color w:val="243746"/>
        </w:rPr>
        <w:t xml:space="preserve">Podmiot prowadzący – </w:t>
      </w:r>
      <w:r>
        <w:rPr>
          <w:rFonts w:eastAsia="Arial"/>
        </w:rPr>
        <w:t>osoba lub podmiot prowadzący Kucykowy Żłobek.</w:t>
      </w:r>
    </w:p>
    <w:p w14:paraId="2E711796" w14:textId="263EF809" w:rsidR="00366799" w:rsidRDefault="00000000" w:rsidP="00F53D52">
      <w:pPr>
        <w:jc w:val="both"/>
      </w:pPr>
      <w:proofErr w:type="spellStart"/>
      <w:r>
        <w:rPr>
          <w:rFonts w:eastAsia="Arial"/>
          <w:b/>
          <w:color w:val="243746"/>
        </w:rPr>
        <w:lastRenderedPageBreak/>
        <w:t>Personel</w:t>
      </w:r>
      <w:proofErr w:type="spellEnd"/>
      <w:r>
        <w:rPr>
          <w:rFonts w:eastAsia="Arial"/>
          <w:b/>
          <w:color w:val="243746"/>
        </w:rPr>
        <w:t xml:space="preserve"> / </w:t>
      </w:r>
      <w:proofErr w:type="spellStart"/>
      <w:r>
        <w:rPr>
          <w:rFonts w:eastAsia="Arial"/>
          <w:b/>
          <w:color w:val="243746"/>
        </w:rPr>
        <w:t>Pracownik</w:t>
      </w:r>
      <w:proofErr w:type="spellEnd"/>
      <w:r>
        <w:rPr>
          <w:rFonts w:eastAsia="Arial"/>
          <w:b/>
          <w:color w:val="243746"/>
        </w:rPr>
        <w:t xml:space="preserve"> – </w:t>
      </w:r>
      <w:proofErr w:type="spellStart"/>
      <w:r>
        <w:rPr>
          <w:rFonts w:eastAsia="Arial"/>
        </w:rPr>
        <w:t>każda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osoba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zatrudniona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lub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dopuszczona</w:t>
      </w:r>
      <w:proofErr w:type="spellEnd"/>
      <w:r>
        <w:rPr>
          <w:rFonts w:eastAsia="Arial"/>
        </w:rPr>
        <w:t xml:space="preserve"> do </w:t>
      </w:r>
      <w:proofErr w:type="spellStart"/>
      <w:r>
        <w:rPr>
          <w:rFonts w:eastAsia="Arial"/>
        </w:rPr>
        <w:t>działalności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związanej</w:t>
      </w:r>
      <w:proofErr w:type="spellEnd"/>
      <w:r>
        <w:rPr>
          <w:rFonts w:eastAsia="Arial"/>
        </w:rPr>
        <w:t xml:space="preserve"> z </w:t>
      </w:r>
      <w:proofErr w:type="spellStart"/>
      <w:r>
        <w:rPr>
          <w:rFonts w:eastAsia="Arial"/>
        </w:rPr>
        <w:t>opieką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nad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dziećmi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niezależnie</w:t>
      </w:r>
      <w:proofErr w:type="spellEnd"/>
      <w:r>
        <w:rPr>
          <w:rFonts w:eastAsia="Arial"/>
        </w:rPr>
        <w:t xml:space="preserve"> od </w:t>
      </w:r>
      <w:proofErr w:type="spellStart"/>
      <w:r>
        <w:rPr>
          <w:rFonts w:eastAsia="Arial"/>
        </w:rPr>
        <w:t>podstawy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prawnej</w:t>
      </w:r>
      <w:proofErr w:type="spellEnd"/>
      <w:r>
        <w:rPr>
          <w:rFonts w:eastAsia="Arial"/>
        </w:rPr>
        <w:t xml:space="preserve">, w </w:t>
      </w:r>
      <w:proofErr w:type="spellStart"/>
      <w:r>
        <w:rPr>
          <w:rFonts w:eastAsia="Arial"/>
        </w:rPr>
        <w:t>tym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pracownicy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zleceniobiorcy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praktykanci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stażyści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br/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wolontariusze</w:t>
      </w:r>
      <w:proofErr w:type="spellEnd"/>
      <w:r>
        <w:rPr>
          <w:rFonts w:eastAsia="Arial"/>
        </w:rPr>
        <w:t>.</w:t>
      </w:r>
    </w:p>
    <w:p w14:paraId="43A29B8D" w14:textId="58BE439D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Dziecko / Małoletni – </w:t>
      </w:r>
      <w:r>
        <w:rPr>
          <w:rFonts w:eastAsia="Arial"/>
        </w:rPr>
        <w:t xml:space="preserve">każda osoba, która nie ukończyła 18. </w:t>
      </w:r>
      <w:proofErr w:type="spellStart"/>
      <w:r>
        <w:rPr>
          <w:rFonts w:eastAsia="Arial"/>
        </w:rPr>
        <w:t>roku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życia</w:t>
      </w:r>
      <w:proofErr w:type="spellEnd"/>
      <w:r>
        <w:rPr>
          <w:rFonts w:eastAsia="Arial"/>
        </w:rPr>
        <w:t xml:space="preserve">; w </w:t>
      </w:r>
      <w:proofErr w:type="spellStart"/>
      <w:r>
        <w:rPr>
          <w:rFonts w:eastAsia="Arial"/>
        </w:rPr>
        <w:t>niniejszych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Standardach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br/>
      </w:r>
      <w:r>
        <w:rPr>
          <w:rFonts w:eastAsia="Arial"/>
        </w:rPr>
        <w:t xml:space="preserve">w </w:t>
      </w:r>
      <w:proofErr w:type="spellStart"/>
      <w:r>
        <w:rPr>
          <w:rFonts w:eastAsia="Arial"/>
        </w:rPr>
        <w:t>szczególności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dziecko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korzystające</w:t>
      </w:r>
      <w:proofErr w:type="spellEnd"/>
      <w:r>
        <w:rPr>
          <w:rFonts w:eastAsia="Arial"/>
        </w:rPr>
        <w:t xml:space="preserve"> z opieki żłobka.</w:t>
      </w:r>
    </w:p>
    <w:p w14:paraId="503643B1" w14:textId="77777777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Opiekun prawny/faktyczny – </w:t>
      </w:r>
      <w:r>
        <w:rPr>
          <w:rFonts w:eastAsia="Arial"/>
        </w:rPr>
        <w:t>rodzic, opiekun prawny, rodzic zastępczy lub inna osoba faktycznie sprawująca opiekę nad dzieckiem, w granicach wynikających z prawa.</w:t>
      </w:r>
    </w:p>
    <w:p w14:paraId="4CCFC47A" w14:textId="77777777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Krzywdzenie – </w:t>
      </w:r>
      <w:r>
        <w:rPr>
          <w:rFonts w:eastAsia="Arial"/>
        </w:rPr>
        <w:t>działanie lub zaniechanie naruszające dobro dziecka, w szczególności przemoc fizyczna, psychiczna lub seksualna, zaniedbanie, narażenie na niebezpieczeństwo, wykorzystanie lub inne zachowanie godzące w zdrowie, rozwój albo godność dziecka.</w:t>
      </w:r>
    </w:p>
    <w:p w14:paraId="59B15ABB" w14:textId="77777777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Koordynator ds. SOM – </w:t>
      </w:r>
      <w:r>
        <w:rPr>
          <w:rFonts w:eastAsia="Arial"/>
        </w:rPr>
        <w:t>osoba wyznaczona przez Dyrektora do monitorowania stosowania Standardów, przygotowania personelu, prowadzenia przeglądów i wspierania prawidłowej realizacji procedur.</w:t>
      </w:r>
    </w:p>
    <w:p w14:paraId="03F28CAE" w14:textId="77777777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Osoba przyjmująca zgłoszenia – </w:t>
      </w:r>
      <w:r>
        <w:rPr>
          <w:rFonts w:eastAsia="Arial"/>
        </w:rPr>
        <w:t>Dyrektor Placówki, a podczas jego nieobecności Koordynator ds. SOM lub inna osoba pisemnie upoważniona.</w:t>
      </w:r>
    </w:p>
    <w:p w14:paraId="0B0BB366" w14:textId="1634CFC7" w:rsidR="00366799" w:rsidRDefault="00000000" w:rsidP="00F53D52">
      <w:pPr>
        <w:jc w:val="both"/>
      </w:pPr>
      <w:r>
        <w:rPr>
          <w:rFonts w:eastAsia="Arial"/>
          <w:b/>
          <w:color w:val="243746"/>
        </w:rPr>
        <w:t xml:space="preserve">Plan </w:t>
      </w:r>
      <w:proofErr w:type="spellStart"/>
      <w:r>
        <w:rPr>
          <w:rFonts w:eastAsia="Arial"/>
          <w:b/>
          <w:color w:val="243746"/>
        </w:rPr>
        <w:t>wsparcia</w:t>
      </w:r>
      <w:proofErr w:type="spellEnd"/>
      <w:r>
        <w:rPr>
          <w:rFonts w:eastAsia="Arial"/>
          <w:b/>
          <w:color w:val="243746"/>
        </w:rPr>
        <w:t xml:space="preserve"> – </w:t>
      </w:r>
      <w:proofErr w:type="spellStart"/>
      <w:r>
        <w:rPr>
          <w:rFonts w:eastAsia="Arial"/>
        </w:rPr>
        <w:t>zestaw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uzgodnionych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działań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służących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ochronie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wsparciu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dziecka</w:t>
      </w:r>
      <w:proofErr w:type="spellEnd"/>
      <w:r>
        <w:rPr>
          <w:rFonts w:eastAsia="Arial"/>
        </w:rPr>
        <w:t xml:space="preserve"> po </w:t>
      </w:r>
      <w:proofErr w:type="spellStart"/>
      <w:r>
        <w:rPr>
          <w:rFonts w:eastAsia="Arial"/>
        </w:rPr>
        <w:t>ujawnieniu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krzywdzenia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realizowanych</w:t>
      </w:r>
      <w:proofErr w:type="spellEnd"/>
      <w:r>
        <w:rPr>
          <w:rFonts w:eastAsia="Arial"/>
        </w:rPr>
        <w:t xml:space="preserve"> w </w:t>
      </w:r>
      <w:proofErr w:type="spellStart"/>
      <w:r>
        <w:rPr>
          <w:rFonts w:eastAsia="Arial"/>
        </w:rPr>
        <w:t>zakresie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kompetencji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Placówki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oraz</w:t>
      </w:r>
      <w:proofErr w:type="spellEnd"/>
      <w:r>
        <w:rPr>
          <w:rFonts w:eastAsia="Arial"/>
        </w:rPr>
        <w:t xml:space="preserve"> – w </w:t>
      </w:r>
      <w:proofErr w:type="spellStart"/>
      <w:r>
        <w:rPr>
          <w:rFonts w:eastAsia="Arial"/>
        </w:rPr>
        <w:t>razie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potrzeby</w:t>
      </w:r>
      <w:proofErr w:type="spellEnd"/>
      <w:r>
        <w:rPr>
          <w:rFonts w:eastAsia="Arial"/>
        </w:rPr>
        <w:t xml:space="preserve"> – we </w:t>
      </w:r>
      <w:proofErr w:type="spellStart"/>
      <w:r>
        <w:rPr>
          <w:rFonts w:eastAsia="Arial"/>
        </w:rPr>
        <w:t>współpracy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br/>
      </w:r>
      <w:r>
        <w:rPr>
          <w:rFonts w:eastAsia="Arial"/>
        </w:rPr>
        <w:t xml:space="preserve">z </w:t>
      </w:r>
      <w:proofErr w:type="spellStart"/>
      <w:r>
        <w:rPr>
          <w:rFonts w:eastAsia="Arial"/>
        </w:rPr>
        <w:t>podmiotami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zewnętrznymi</w:t>
      </w:r>
      <w:proofErr w:type="spellEnd"/>
      <w:r>
        <w:rPr>
          <w:rFonts w:eastAsia="Arial"/>
        </w:rPr>
        <w:t>.</w:t>
      </w:r>
    </w:p>
    <w:p w14:paraId="5AEE0EC5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3. Weryfikacja osób przed dopuszczeniem do pracy lub działalności z dziećmi</w:t>
      </w:r>
    </w:p>
    <w:p w14:paraId="79B976AD" w14:textId="77777777" w:rsidR="00366799" w:rsidRDefault="00000000" w:rsidP="00F53D52">
      <w:pPr>
        <w:jc w:val="both"/>
      </w:pPr>
      <w:r>
        <w:rPr>
          <w:rFonts w:eastAsia="Arial"/>
        </w:rPr>
        <w:t>1. Przed nawiązaniem stosunku pracy lub przed dopuszczeniem osoby do działalności związanej z opieką nad dziećmi Dyrektor lub inna osoba działająca w imieniu pracodawcy realizuje obowiązki wynikające z art. 21 ustawy o przeciwdziałaniu zagrożeniom przestępczością na tle seksualnym i ochronie małoletnich.</w:t>
      </w:r>
    </w:p>
    <w:p w14:paraId="5B0AC641" w14:textId="77777777" w:rsidR="00366799" w:rsidRDefault="00000000" w:rsidP="00F53D52">
      <w:pPr>
        <w:jc w:val="both"/>
      </w:pPr>
      <w:r>
        <w:rPr>
          <w:rFonts w:eastAsia="Arial"/>
        </w:rPr>
        <w:t>2. Placówka uzyskuje informację, czy dane osoby znajdują się w Rejestrze Sprawców Przestępstw na Tle Seksualnym z dostępem ograniczonym oraz w rejestrze osób, wobec których Państwowa Komisja wydała postanowienie o wpisie.</w:t>
      </w:r>
    </w:p>
    <w:p w14:paraId="47648BBF" w14:textId="77777777" w:rsidR="00366799" w:rsidRDefault="00000000" w:rsidP="00F53D52">
      <w:pPr>
        <w:jc w:val="both"/>
      </w:pPr>
      <w:r>
        <w:rPr>
          <w:rFonts w:eastAsia="Arial"/>
        </w:rPr>
        <w:t>3. Kandydat lub osoba dopuszczana do działalności przedkłada informację z Krajowego Rejestru Karnego w wymaganym ustawą zakresie. Samo oświadczenie o niekaralności nie zastępuje informacji z KRK, jeżeli ustawa wymaga jej przedłożenia.</w:t>
      </w:r>
    </w:p>
    <w:p w14:paraId="7751F9F2" w14:textId="77777777" w:rsidR="00366799" w:rsidRDefault="00000000" w:rsidP="00F53D52">
      <w:pPr>
        <w:jc w:val="both"/>
      </w:pPr>
      <w:r>
        <w:rPr>
          <w:rFonts w:eastAsia="Arial"/>
        </w:rPr>
        <w:t>4. Osoba posiadająca obywatelstwo innego państwa oraz osoba, która w ciągu ostatnich 20 lat zamieszkiwała poza Rzecząpospolitą Polską i państwem obywatelstwa, przedstawia odpowiednie informacje z rejestrów karnych lub – w przypadkach przewidzianych ustawą – składa wymagane oświadczenia pod rygorem odpowiedzialności karnej.</w:t>
      </w:r>
    </w:p>
    <w:p w14:paraId="1EEEB7C5" w14:textId="77777777" w:rsidR="00366799" w:rsidRDefault="00000000" w:rsidP="00F53D52">
      <w:pPr>
        <w:jc w:val="both"/>
      </w:pPr>
      <w:r>
        <w:rPr>
          <w:rFonts w:eastAsia="Arial"/>
        </w:rPr>
        <w:t>5. Informacje i oświadczenia wymagane ustawą są dołączane do akt osobowych pracownika albo dokumentacji osoby dopuszczonej do działalności z dziećmi i przechowywane z zachowaniem zasad ochrony danych osobowych.</w:t>
      </w:r>
    </w:p>
    <w:p w14:paraId="470CC7F9" w14:textId="77777777" w:rsidR="00366799" w:rsidRDefault="00000000" w:rsidP="00F53D52">
      <w:pPr>
        <w:jc w:val="both"/>
      </w:pPr>
      <w:r>
        <w:rPr>
          <w:rFonts w:eastAsia="Arial"/>
        </w:rPr>
        <w:t>6. Osoba, której dane figurują w rejestrach w sposób uniemożliwiający dopuszczenie do pracy z dziećmi albo wobec której istnieje prawny zakaz wykonywania takiej działalności, nie może zostać dopuszczona do kontaktu z dziećmi w ramach działalności Placówki.</w:t>
      </w:r>
    </w:p>
    <w:p w14:paraId="7C71ADBF" w14:textId="77777777" w:rsidR="00366799" w:rsidRDefault="00366799">
      <w:pPr>
        <w:spacing w:after="20"/>
      </w:pPr>
    </w:p>
    <w:p w14:paraId="6ABCB111" w14:textId="77777777" w:rsidR="00F53D52" w:rsidRDefault="00F53D52">
      <w:pPr>
        <w:spacing w:after="20"/>
      </w:pPr>
    </w:p>
    <w:p w14:paraId="302380D5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4. Bezpieczne relacje personel–dziecko</w:t>
      </w:r>
    </w:p>
    <w:p w14:paraId="5D123C60" w14:textId="77777777" w:rsidR="00366799" w:rsidRPr="00F53D52" w:rsidRDefault="00000000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4.1. Zasady ogólne</w:t>
      </w:r>
    </w:p>
    <w:p w14:paraId="1FA31647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Personel traktuje każde dziecko z szacunkiem, cierpliwością i uważnością, dostosowując komunikację do wieku, rozwoju i możliwości dziecka.</w:t>
      </w:r>
    </w:p>
    <w:p w14:paraId="4E9A6EBE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Dziecko ma prawo do emocji, odmowy i protestu. Personel nie wyśmiewa, nie zawstydza i nie karze dziecka za płacz, lęk, złość, trudności adaptacyjne lub brak gotowości do określonej aktywności.</w:t>
      </w:r>
    </w:p>
    <w:p w14:paraId="15975DC5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W miarę możliwości personel uprzedza dziecko o czynnościach, które będą wykonywane, nazywa je prostymi słowami i obserwuje reakcje dziecka.</w:t>
      </w:r>
    </w:p>
    <w:p w14:paraId="6AF513DF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Kontakt z dzieckiem jest jawny, związany z realizacją obowiązków i możliwy do uzasadnienia potrzebą opieki, bezpieczeństwa, zdrowia lub rozwoju dziecka.</w:t>
      </w:r>
    </w:p>
    <w:p w14:paraId="570852E3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Nie wolno faworyzować dzieci, uzależniać uwagi lub opieki od prezentów ani wykorzystywać przewagi dorosłego.</w:t>
      </w:r>
    </w:p>
    <w:p w14:paraId="7560B87C" w14:textId="77777777" w:rsidR="00366799" w:rsidRPr="00F53D52" w:rsidRDefault="00000000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4.2. Kontakt fizyczny i czynności higieniczne</w:t>
      </w:r>
    </w:p>
    <w:p w14:paraId="1A926E13" w14:textId="0313D4CC" w:rsidR="00366799" w:rsidRDefault="00000000" w:rsidP="00F53D52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Kontakt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fizyczny</w:t>
      </w:r>
      <w:proofErr w:type="spellEnd"/>
      <w:r>
        <w:rPr>
          <w:rFonts w:eastAsia="Arial"/>
          <w:sz w:val="20"/>
        </w:rPr>
        <w:t xml:space="preserve"> jest </w:t>
      </w:r>
      <w:proofErr w:type="spellStart"/>
      <w:r>
        <w:rPr>
          <w:rFonts w:eastAsia="Arial"/>
          <w:sz w:val="20"/>
        </w:rPr>
        <w:t>dopuszczalny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gdy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służy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opiece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bezpieczeństwu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uspokojeniu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dziecka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pomocy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 xml:space="preserve">w </w:t>
      </w:r>
      <w:proofErr w:type="spellStart"/>
      <w:r>
        <w:rPr>
          <w:rFonts w:eastAsia="Arial"/>
          <w:sz w:val="20"/>
        </w:rPr>
        <w:t>poruszaniu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się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karmieniu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ubieraniu</w:t>
      </w:r>
      <w:proofErr w:type="spellEnd"/>
      <w:r>
        <w:rPr>
          <w:rFonts w:eastAsia="Arial"/>
          <w:sz w:val="20"/>
        </w:rPr>
        <w:t xml:space="preserve"> lub czynnościom higienicznym i pielęgnacyjnym.</w:t>
      </w:r>
    </w:p>
    <w:p w14:paraId="7E95A0A5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Pracownik wykonuje czynności higieniczne i pielęgnacyjne w sposób spokojny, rzeczowy i możliwie przewidywalny dla dziecka, z poszanowaniem intymności oraz ograniczeniem kontaktu do zakresu niezbędnego.</w:t>
      </w:r>
    </w:p>
    <w:p w14:paraId="4D40E0A9" w14:textId="2AD73EDF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W </w:t>
      </w:r>
      <w:proofErr w:type="spellStart"/>
      <w:r>
        <w:rPr>
          <w:rFonts w:eastAsia="Arial"/>
          <w:sz w:val="20"/>
        </w:rPr>
        <w:t>przypadku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dziecka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które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potrafi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komunikować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zgodę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lub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sprzeciw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personel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uwzględnia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te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sygnały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 xml:space="preserve">w </w:t>
      </w:r>
      <w:proofErr w:type="spellStart"/>
      <w:r>
        <w:rPr>
          <w:rFonts w:eastAsia="Arial"/>
          <w:sz w:val="20"/>
        </w:rPr>
        <w:t>największym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możliwym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zakresie</w:t>
      </w:r>
      <w:proofErr w:type="spellEnd"/>
      <w:r>
        <w:rPr>
          <w:rFonts w:eastAsia="Arial"/>
          <w:sz w:val="20"/>
        </w:rPr>
        <w:t>. U niemowląt i dzieci niewerbalnych personel obserwuje sygnały napięcia, lęku, dyskomfortu i reaguje na nie.</w:t>
      </w:r>
    </w:p>
    <w:p w14:paraId="4CF7A403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Przytrzymanie dziecka jest dopuszczalne wyłącznie w zakresie niezbędnym do zapobieżenia bezpośredniemu zagrożeniu życia lub zdrowia dziecka albo innych osób i powinno trwać możliwie krótko.</w:t>
      </w:r>
    </w:p>
    <w:p w14:paraId="535BE127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Niedopuszczalny jest kontakt fizyczny o charakterze seksualnym, dwuznacznym, karzącym, poniżającym lub służący zaspokajaniu potrzeb osoby dorosłej.</w:t>
      </w:r>
    </w:p>
    <w:p w14:paraId="06D97BC0" w14:textId="77777777" w:rsidR="00366799" w:rsidRPr="00F53D52" w:rsidRDefault="00000000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4.3. Zachowania bezwzględnie niedozwolone</w:t>
      </w:r>
    </w:p>
    <w:p w14:paraId="606D1B69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bicie, klapsy, szarpanie, popychanie, szczypanie, ciągnięcie, potrząsanie, wykręcanie kończyn lub inne formy przemocy fizycznej;</w:t>
      </w:r>
    </w:p>
    <w:p w14:paraId="54C180DB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krzyk jako metoda dyscyplinowania, grożenie, straszenie, wyzywanie, wyśmiewanie, zawstydzanie, poniżanie, izolowanie jako kara lub celowe ignorowanie potrzeb dziecka;</w:t>
      </w:r>
    </w:p>
    <w:p w14:paraId="1E79391D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zmuszanie do jedzenia, picia, snu, korzystania z nocnika/toalety lub udziału w aktywności przez użycie przemocy, gróźb albo upokorzenia;</w:t>
      </w:r>
    </w:p>
    <w:p w14:paraId="2B90C210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naruszanie prywatności i intymności dziecka poza zakresem niezbędnym dla opieki i bezpieczeństwa;</w:t>
      </w:r>
    </w:p>
    <w:p w14:paraId="6B719FF3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fotografowanie, filmowanie lub nagrywanie dziecka prywatnym urządzeniem personelu dla celów prywatnych;</w:t>
      </w:r>
    </w:p>
    <w:p w14:paraId="011219B4" w14:textId="1E93C3AA" w:rsidR="00366799" w:rsidRDefault="00000000" w:rsidP="00F53D52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nawiązywanie</w:t>
      </w:r>
      <w:proofErr w:type="spellEnd"/>
      <w:r>
        <w:rPr>
          <w:rFonts w:eastAsia="Arial"/>
          <w:sz w:val="20"/>
        </w:rPr>
        <w:t xml:space="preserve"> z </w:t>
      </w:r>
      <w:proofErr w:type="spellStart"/>
      <w:r>
        <w:rPr>
          <w:rFonts w:eastAsia="Arial"/>
          <w:sz w:val="20"/>
        </w:rPr>
        <w:t>dzieckiem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kontaktów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poza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Placówką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lub</w:t>
      </w:r>
      <w:proofErr w:type="spellEnd"/>
      <w:r>
        <w:rPr>
          <w:rFonts w:eastAsia="Arial"/>
          <w:sz w:val="20"/>
        </w:rPr>
        <w:t xml:space="preserve"> z </w:t>
      </w:r>
      <w:proofErr w:type="spellStart"/>
      <w:r>
        <w:rPr>
          <w:rFonts w:eastAsia="Arial"/>
          <w:sz w:val="20"/>
        </w:rPr>
        <w:t>wykorzystaniem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prywatnych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kont</w:t>
      </w:r>
      <w:proofErr w:type="spellEnd"/>
      <w:r>
        <w:rPr>
          <w:rFonts w:eastAsia="Arial"/>
          <w:sz w:val="20"/>
        </w:rPr>
        <w:t xml:space="preserve"> w </w:t>
      </w:r>
      <w:proofErr w:type="spellStart"/>
      <w:r>
        <w:rPr>
          <w:rFonts w:eastAsia="Arial"/>
          <w:sz w:val="20"/>
        </w:rPr>
        <w:t>mediach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społecznościowych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jeżeli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wynika</w:t>
      </w:r>
      <w:proofErr w:type="spellEnd"/>
      <w:r>
        <w:rPr>
          <w:rFonts w:eastAsia="Arial"/>
          <w:sz w:val="20"/>
        </w:rPr>
        <w:t xml:space="preserve"> to z </w:t>
      </w:r>
      <w:proofErr w:type="spellStart"/>
      <w:r>
        <w:rPr>
          <w:rFonts w:eastAsia="Arial"/>
          <w:sz w:val="20"/>
        </w:rPr>
        <w:t>relacji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rodzinnych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lub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innych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legalnych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okoliczności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niezwiązanych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 xml:space="preserve">z </w:t>
      </w:r>
      <w:proofErr w:type="spellStart"/>
      <w:r>
        <w:rPr>
          <w:rFonts w:eastAsia="Arial"/>
          <w:sz w:val="20"/>
        </w:rPr>
        <w:t>pracą</w:t>
      </w:r>
      <w:proofErr w:type="spellEnd"/>
      <w:r>
        <w:rPr>
          <w:rFonts w:eastAsia="Arial"/>
          <w:sz w:val="20"/>
        </w:rPr>
        <w:t>;</w:t>
      </w:r>
    </w:p>
    <w:p w14:paraId="2E70BB93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ujawnianie osobom nieuprawnionym informacji o dziecku i jego rodzinie, w tym danych o zdrowiu, sytuacji rodzinnej, zachowaniu lub przebiegu interwencji.</w:t>
      </w:r>
    </w:p>
    <w:p w14:paraId="35D8BE30" w14:textId="77777777" w:rsidR="00366799" w:rsidRPr="00F53D52" w:rsidRDefault="00000000">
      <w:pPr>
        <w:pStyle w:val="Nagwek2"/>
        <w:rPr>
          <w:color w:val="000000" w:themeColor="text1"/>
        </w:rPr>
      </w:pPr>
      <w:r w:rsidRPr="00F53D52">
        <w:rPr>
          <w:color w:val="000000" w:themeColor="text1"/>
        </w:rPr>
        <w:t>4.4. Kontakty z rodzicami i odbiór dziecka</w:t>
      </w:r>
    </w:p>
    <w:p w14:paraId="5704F6DD" w14:textId="25C6024A" w:rsidR="00366799" w:rsidRDefault="00000000" w:rsidP="00F53D52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Personel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przekazuje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rodzicom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informacje</w:t>
      </w:r>
      <w:proofErr w:type="spellEnd"/>
      <w:r>
        <w:rPr>
          <w:rFonts w:eastAsia="Arial"/>
          <w:sz w:val="20"/>
        </w:rPr>
        <w:t xml:space="preserve"> o </w:t>
      </w:r>
      <w:proofErr w:type="spellStart"/>
      <w:r>
        <w:rPr>
          <w:rFonts w:eastAsia="Arial"/>
          <w:sz w:val="20"/>
        </w:rPr>
        <w:t>dziecku</w:t>
      </w:r>
      <w:proofErr w:type="spellEnd"/>
      <w:r>
        <w:rPr>
          <w:rFonts w:eastAsia="Arial"/>
          <w:sz w:val="20"/>
        </w:rPr>
        <w:t xml:space="preserve"> w </w:t>
      </w:r>
      <w:proofErr w:type="spellStart"/>
      <w:r>
        <w:rPr>
          <w:rFonts w:eastAsia="Arial"/>
          <w:sz w:val="20"/>
        </w:rPr>
        <w:t>sposób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rzeczowy</w:t>
      </w:r>
      <w:proofErr w:type="spellEnd"/>
      <w:r>
        <w:rPr>
          <w:rFonts w:eastAsia="Arial"/>
          <w:sz w:val="20"/>
        </w:rPr>
        <w:t xml:space="preserve">, z </w:t>
      </w:r>
      <w:proofErr w:type="spellStart"/>
      <w:r>
        <w:rPr>
          <w:rFonts w:eastAsia="Arial"/>
          <w:sz w:val="20"/>
        </w:rPr>
        <w:t>poszanowaniem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prywatności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proofErr w:type="spellStart"/>
      <w:r>
        <w:rPr>
          <w:rFonts w:eastAsia="Arial"/>
          <w:sz w:val="20"/>
        </w:rPr>
        <w:t>i</w:t>
      </w:r>
      <w:proofErr w:type="spellEnd"/>
      <w:r>
        <w:rPr>
          <w:rFonts w:eastAsia="Arial"/>
          <w:sz w:val="20"/>
        </w:rPr>
        <w:t xml:space="preserve"> bez </w:t>
      </w:r>
      <w:proofErr w:type="spellStart"/>
      <w:r>
        <w:rPr>
          <w:rFonts w:eastAsia="Arial"/>
          <w:sz w:val="20"/>
        </w:rPr>
        <w:t>omawiania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sytuacji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innych</w:t>
      </w:r>
      <w:proofErr w:type="spellEnd"/>
      <w:r>
        <w:rPr>
          <w:rFonts w:eastAsia="Arial"/>
          <w:sz w:val="20"/>
        </w:rPr>
        <w:t xml:space="preserve"> dzieci.</w:t>
      </w:r>
    </w:p>
    <w:p w14:paraId="747F6016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Dziecko jest wydawane wyłącznie osobom uprawnionym lub pisemnie upoważnionym zgodnie z zasadami obowiązującymi w Placówce.</w:t>
      </w:r>
    </w:p>
    <w:p w14:paraId="55962A18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lastRenderedPageBreak/>
        <w:t>W razie uzasadnionej wątpliwości co do stanu osoby odbierającej dziecko, w szczególności podejrzenia nietrzeźwości lub zachowania stwarzającego zagrożenie, personel nie wydaje dziecka do czasu zapewnienia bezpiecznego odbioru i informuje Dyrektora; w razie potrzeby wzywa Policję.</w:t>
      </w:r>
    </w:p>
    <w:p w14:paraId="7CD9CF87" w14:textId="77777777" w:rsidR="00366799" w:rsidRPr="00F53D52" w:rsidRDefault="00000000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5. Bezpieczne relacje między dziećmi</w:t>
      </w:r>
    </w:p>
    <w:p w14:paraId="4AFB7510" w14:textId="77777777" w:rsidR="00366799" w:rsidRDefault="00000000" w:rsidP="00F53D52">
      <w:pPr>
        <w:jc w:val="both"/>
      </w:pPr>
      <w:r>
        <w:rPr>
          <w:rFonts w:eastAsia="Arial"/>
        </w:rPr>
        <w:t>1. Zasady są stosowane z uwzględnieniem wieku dzieci do lat 3 i faktu, że zachowania takie jak popychanie, uderzanie, gryzienie, wyrywanie zabawek czy gwałtowne reakcje mogą mieć charakter rozwojowy i wymagają przede wszystkim szybkiej, spokojnej reakcji opiekuna oraz uczenia alternatywnych zachowań.</w:t>
      </w:r>
    </w:p>
    <w:p w14:paraId="2BC6CCF1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nie pozostawia bez reakcji zachowań mogących spowodować krzywdę. W pierwszej kolejności zapewnia bezpieczeństwo dzieciom, przerywa zachowanie i rozdziela dzieci, jeżeli jest to konieczne.</w:t>
      </w:r>
    </w:p>
    <w:p w14:paraId="04B10322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Dziecko poszkodowane otrzymuje opiekę, uspokojenie i pomoc odpowiednią do jego stanu; w razie urazu stosuje się zasady udzielania pierwszej pomocy i informowania rodziców.</w:t>
      </w:r>
    </w:p>
    <w:p w14:paraId="15D1F111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Wobec dziecka, które skrzywdziło inne dziecko, nie stosuje się etykietowania, zawstydzania ani kar fizycznych. Personel pomaga nazwać emocje i pokazuje bezpieczny sposób zachowania.</w:t>
      </w:r>
    </w:p>
    <w:p w14:paraId="3219D81E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Powtarzające się zachowania agresywne są obserwowane i omawiane z rodzicami. W razie potrzeby ustala się działania wspierające dziecko i grupę.</w:t>
      </w:r>
    </w:p>
    <w:p w14:paraId="2484C08E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Szczególną uwagę zwraca się na sytuacje przewagi wynikającej z wieku, siły, rozwoju, niepełnosprawności lub trudności komunikacyjnych.</w:t>
      </w:r>
    </w:p>
    <w:p w14:paraId="13DBD045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6. Zasady korzystania z urządzeń elektronicznych i ochrona przed treściami szkodliwymi</w:t>
      </w:r>
    </w:p>
    <w:p w14:paraId="72D1A1E2" w14:textId="77777777" w:rsidR="00366799" w:rsidRDefault="00000000" w:rsidP="00F53D52">
      <w:pPr>
        <w:jc w:val="both"/>
      </w:pPr>
      <w:r>
        <w:rPr>
          <w:rFonts w:eastAsia="Arial"/>
        </w:rPr>
        <w:t>1. Dzieci w Placówce nie korzystają samodzielnie z Internetu. Dostęp do urządzeń z Internetem może odbywać się wyłącznie pod bezpośrednim nadzorem personelu i w związku z działaniem opiekuńczym, edukacyjnym lub organizacyjnym dostosowanym do wieku dzieci.</w:t>
      </w:r>
    </w:p>
    <w:p w14:paraId="6F3C4B7E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Urządzenia służbowe powinny mieć aktualne zabezpieczenia systemowe, blokadę dostępu oraz – gdy jest to zasadne – mechanizmy ograniczające dostęp do treści nieodpowiednich dla dzieci.</w:t>
      </w:r>
    </w:p>
    <w:p w14:paraId="77290C4B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nie udostępnia dzieciom prywatnych telefonów, tabletów ani innych urządzeń w celu swobodnego korzystania z aplikacji, filmów lub Internetu.</w:t>
      </w:r>
    </w:p>
    <w:p w14:paraId="7CC98C42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Materiały audiowizualne prezentowane dzieciom muszą być wcześniej ocenione przez osobę dorosłą jako odpowiednie do wieku, rozwoju i celu zajęcia.</w:t>
      </w:r>
    </w:p>
    <w:p w14:paraId="5B16B949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 wolno prezentować dzieciom treści zawierających przemoc, seksualizację, zachowania autodestrukcyjne, treści przerażające albo inne materiały mogące wywołać lęk lub szkodzić rozwojowi dziecka.</w:t>
      </w:r>
    </w:p>
    <w:p w14:paraId="11CF025C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przypadku przypadkowego wyświetlenia treści szkodliwej personel natychmiast przerywa dostęp, zabezpiecza urządzenie, uspokaja dziecko i informuje Dyrektora lub Koordynatora. Jeżeli zdarzenie mogło naruszyć bezpieczeństwo dziecka, sporządza się notatkę lub Kartę Interwencji.</w:t>
      </w:r>
    </w:p>
    <w:p w14:paraId="4D9A38EC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Zdjęcia i nagrania dzieci wykonuje się wyłącznie na urządzeniach i zasadach dopuszczonych przez Placówkę, w zakresie objętym odpowiednią podstawą prawną lub zgodą rodzica/opiekuna.</w:t>
      </w:r>
    </w:p>
    <w:p w14:paraId="308683BC" w14:textId="77777777" w:rsidR="00366799" w:rsidRPr="00F53D52" w:rsidRDefault="00000000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>7. Przyjmowanie zgłoszeń, dokumentowanie incydentów i udzielanie wsparcia</w:t>
      </w:r>
    </w:p>
    <w:p w14:paraId="3378A082" w14:textId="77777777" w:rsidR="00366799" w:rsidRDefault="00000000" w:rsidP="00F53D52">
      <w:pPr>
        <w:jc w:val="both"/>
      </w:pPr>
      <w:r>
        <w:rPr>
          <w:rFonts w:eastAsia="Arial"/>
        </w:rPr>
        <w:t>1. Osobą odpowiedzialną za przyjmowanie zgłoszeń o zdarzeniach zagrażających dziecku i organizowanie pierwszego wsparcia jest: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366799" w14:paraId="4E8EBE68" w14:textId="77777777">
        <w:trPr>
          <w:tblHeader/>
          <w:jc w:val="center"/>
        </w:trPr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27391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Funkcja</w:t>
            </w:r>
          </w:p>
        </w:tc>
        <w:tc>
          <w:tcPr>
            <w:tcW w:w="623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86170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Imię i nazwisko / kontakt</w:t>
            </w:r>
          </w:p>
        </w:tc>
      </w:tr>
      <w:tr w:rsidR="00366799" w14:paraId="5C1B979D" w14:textId="77777777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B88E0" w14:textId="77777777" w:rsidR="00366799" w:rsidRDefault="00000000">
            <w:r>
              <w:rPr>
                <w:rFonts w:eastAsia="Arial"/>
                <w:sz w:val="18"/>
              </w:rPr>
              <w:t>Dyrektor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2EE533" w14:textId="77777777" w:rsidR="00366799" w:rsidRDefault="00000000">
            <w:r>
              <w:rPr>
                <w:rFonts w:eastAsia="Arial"/>
                <w:sz w:val="18"/>
              </w:rPr>
              <w:t>Malwina Młynarczyk • godz. 8:00–16:00 • tel. 694-432-625 • e-mail: kucykowyzlobek@gmail.com</w:t>
            </w:r>
          </w:p>
        </w:tc>
      </w:tr>
      <w:tr w:rsidR="00366799" w14:paraId="24264075" w14:textId="77777777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443D2" w14:textId="77777777" w:rsidR="00366799" w:rsidRDefault="00000000">
            <w:r>
              <w:rPr>
                <w:rFonts w:eastAsia="Arial"/>
                <w:sz w:val="18"/>
              </w:rPr>
              <w:lastRenderedPageBreak/>
              <w:t>Koordynator ds. SOM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A9B58" w14:textId="70EB6AE2" w:rsidR="00366799" w:rsidRDefault="00F53D52">
            <w:r>
              <w:rPr>
                <w:rFonts w:eastAsia="Arial"/>
                <w:sz w:val="18"/>
              </w:rPr>
              <w:t xml:space="preserve">Malwina Młynarczy, </w:t>
            </w:r>
            <w:proofErr w:type="spellStart"/>
            <w:r>
              <w:rPr>
                <w:rFonts w:eastAsia="Arial"/>
                <w:sz w:val="18"/>
              </w:rPr>
              <w:t>Dyrektor</w:t>
            </w:r>
            <w:proofErr w:type="spellEnd"/>
            <w:r>
              <w:rPr>
                <w:rFonts w:eastAsia="Arial"/>
                <w:sz w:val="18"/>
              </w:rPr>
              <w:t xml:space="preserve">, </w:t>
            </w:r>
            <w:proofErr w:type="spellStart"/>
            <w:r>
              <w:rPr>
                <w:rFonts w:eastAsia="Arial"/>
                <w:sz w:val="18"/>
              </w:rPr>
              <w:t>tel</w:t>
            </w:r>
            <w:proofErr w:type="spellEnd"/>
            <w:r>
              <w:rPr>
                <w:rFonts w:eastAsia="Arial"/>
                <w:sz w:val="18"/>
              </w:rPr>
              <w:t>: 694-432-625</w:t>
            </w:r>
            <w:r w:rsidR="00000000">
              <w:rPr>
                <w:rFonts w:eastAsia="Arial"/>
                <w:sz w:val="18"/>
              </w:rPr>
              <w:t>..(</w:t>
            </w:r>
            <w:proofErr w:type="spellStart"/>
            <w:r w:rsidR="00000000">
              <w:rPr>
                <w:rFonts w:eastAsia="Arial"/>
                <w:sz w:val="18"/>
              </w:rPr>
              <w:t>imię</w:t>
            </w:r>
            <w:proofErr w:type="spellEnd"/>
            <w:r w:rsidR="00000000">
              <w:rPr>
                <w:rFonts w:eastAsia="Arial"/>
                <w:sz w:val="18"/>
              </w:rPr>
              <w:t xml:space="preserve"> i nazwisko, stanowisko, kontakt)</w:t>
            </w:r>
          </w:p>
        </w:tc>
      </w:tr>
    </w:tbl>
    <w:p w14:paraId="6A8398E6" w14:textId="77777777" w:rsidR="00366799" w:rsidRDefault="00000000" w:rsidP="00F53D52">
      <w:pPr>
        <w:jc w:val="both"/>
      </w:pPr>
      <w:r>
        <w:rPr>
          <w:rFonts w:eastAsia="Arial"/>
        </w:rPr>
        <w:t>2. Zgłoszenia mogą być dokonywane osobiście, telefonicznie, e-mailowo lub w innej formie pozwalającej na szybkie przekazanie informacji. W sytuacji zagrożenia życia lub zdrowia informację należy przekazać niezwłocznie dowolnemu pracownikowi, który podejmuje działania ratunkowe i zawiadamia Dyrektora.</w:t>
      </w:r>
    </w:p>
    <w:p w14:paraId="558DABEF" w14:textId="77777777" w:rsidR="00366799" w:rsidRDefault="00000000" w:rsidP="00F53D52">
      <w:pPr>
        <w:jc w:val="both"/>
      </w:pPr>
      <w:r>
        <w:rPr>
          <w:rFonts w:eastAsia="Arial"/>
        </w:rPr>
        <w:t>3. Każdy pracownik, który zauważył objawy mogące wskazywać na krzywdzenie dziecka, otrzymał taką informację albo był świadkiem zdarzenia, ma obowiązek niezwłocznie przekazać informację osobie odpowiedzialnej. Nie prowadzi samodzielnego „śledztwa” i nie wypytuje dziecka wielokrotnie.</w:t>
      </w:r>
    </w:p>
    <w:p w14:paraId="3709DDBF" w14:textId="385286D5" w:rsidR="00366799" w:rsidRDefault="00000000" w:rsidP="00F53D52">
      <w:pPr>
        <w:jc w:val="both"/>
      </w:pPr>
      <w:r>
        <w:rPr>
          <w:rFonts w:eastAsia="Arial"/>
        </w:rPr>
        <w:t xml:space="preserve">4. </w:t>
      </w:r>
      <w:proofErr w:type="spellStart"/>
      <w:r>
        <w:rPr>
          <w:rFonts w:eastAsia="Arial"/>
        </w:rPr>
        <w:t>Zgłoszenia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działania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dokumentuje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się</w:t>
      </w:r>
      <w:proofErr w:type="spellEnd"/>
      <w:r>
        <w:rPr>
          <w:rFonts w:eastAsia="Arial"/>
        </w:rPr>
        <w:t xml:space="preserve"> w </w:t>
      </w:r>
      <w:proofErr w:type="spellStart"/>
      <w:r>
        <w:rPr>
          <w:rFonts w:eastAsia="Arial"/>
        </w:rPr>
        <w:t>Karcie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Interwencji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oraz</w:t>
      </w:r>
      <w:proofErr w:type="spellEnd"/>
      <w:r>
        <w:rPr>
          <w:rFonts w:eastAsia="Arial"/>
        </w:rPr>
        <w:t xml:space="preserve"> – </w:t>
      </w:r>
      <w:proofErr w:type="spellStart"/>
      <w:r>
        <w:rPr>
          <w:rFonts w:eastAsia="Arial"/>
        </w:rPr>
        <w:t>zależnie</w:t>
      </w:r>
      <w:proofErr w:type="spellEnd"/>
      <w:r>
        <w:rPr>
          <w:rFonts w:eastAsia="Arial"/>
        </w:rPr>
        <w:t xml:space="preserve"> od </w:t>
      </w:r>
      <w:proofErr w:type="spellStart"/>
      <w:r>
        <w:rPr>
          <w:rFonts w:eastAsia="Arial"/>
        </w:rPr>
        <w:t>charakteru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sprawy</w:t>
      </w:r>
      <w:proofErr w:type="spellEnd"/>
      <w:r>
        <w:rPr>
          <w:rFonts w:eastAsia="Arial"/>
        </w:rPr>
        <w:t xml:space="preserve"> – </w:t>
      </w:r>
      <w:r w:rsidR="00F53D52">
        <w:rPr>
          <w:rFonts w:eastAsia="Arial"/>
        </w:rPr>
        <w:br/>
      </w:r>
      <w:r>
        <w:rPr>
          <w:rFonts w:eastAsia="Arial"/>
        </w:rPr>
        <w:t xml:space="preserve">w </w:t>
      </w:r>
      <w:proofErr w:type="spellStart"/>
      <w:r>
        <w:rPr>
          <w:rFonts w:eastAsia="Arial"/>
        </w:rPr>
        <w:t>Rejestrze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zgłoszeń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incydentów</w:t>
      </w:r>
      <w:proofErr w:type="spellEnd"/>
      <w:r>
        <w:rPr>
          <w:rFonts w:eastAsia="Arial"/>
        </w:rPr>
        <w:t>. Dokumentacja jest przechowywana w miejscu zabezpieczonym przed dostępem osób nieuprawnionych, odrębnie od dokumentacji powszechnie dostępnej personelowi.</w:t>
      </w:r>
    </w:p>
    <w:p w14:paraId="108CADC6" w14:textId="77777777" w:rsidR="00366799" w:rsidRDefault="00000000" w:rsidP="00F53D52">
      <w:pPr>
        <w:jc w:val="both"/>
      </w:pPr>
      <w:r>
        <w:rPr>
          <w:rFonts w:eastAsia="Arial"/>
        </w:rPr>
        <w:t>5. Dostęp do dokumentacji mają wyłącznie osoby, których udział jest niezbędny do prowadzenia interwencji, wsparcia dziecka, kontroli albo realizacji obowiązku prawnego.</w:t>
      </w:r>
    </w:p>
    <w:p w14:paraId="7FF3400B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8. Procedura interwencji w przypadku podejrzenia krzywdzenia dziecka</w:t>
      </w:r>
    </w:p>
    <w:p w14:paraId="31ECF243" w14:textId="77777777" w:rsidR="00366799" w:rsidRDefault="00000000">
      <w:pPr>
        <w:pStyle w:val="Nagwek2"/>
      </w:pPr>
      <w:r>
        <w:t>8.1. Zasady wspólne</w:t>
      </w:r>
    </w:p>
    <w:p w14:paraId="6A16CF60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Najpierw zapewnia się dziecku bezpieczeństwo i – w razie potrzeby – pomoc medyczną. W sytuacji bezpośredniego zagrożenia życia lub zdrowia należy zadzwonić pod numer 112.</w:t>
      </w:r>
    </w:p>
    <w:p w14:paraId="081E8A51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Osoba przyjmująca zgłoszenie ocenia, czy konieczne jest natychmiastowe zawiadomienie Policji, prokuratury, sądu opiekuńczego, ośrodka pomocy społecznej lub innej właściwej instytucji.</w:t>
      </w:r>
    </w:p>
    <w:p w14:paraId="16AD033F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Rozmowa z dzieckiem odbywa się spokojnie i bez sugerowania odpowiedzi. W przypadku małego dziecka szczególne znaczenie mają obserwacja zachowania, obrażeń, zmian emocjonalnych i informacji przekazywanych spontanicznie.</w:t>
      </w:r>
    </w:p>
    <w:p w14:paraId="066235BF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Nie konfrontuje się dziecka ze wskazywanym sprawcą. Nie podejmuje się działań, które mogłyby narazić dziecko na odwet lub dalsze krzywdzenie.</w:t>
      </w:r>
    </w:p>
    <w:p w14:paraId="00B49A29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Informacje przekazuje się rodzicom/opiekunom, chyba że istnieje uzasadnione podejrzenie, że to oni krzywdzą dziecko albo przekazanie informacji mogłoby zwiększyć zagrożenie. W takim przypadku dalsze działania ustala się z właściwymi służbami.</w:t>
      </w:r>
    </w:p>
    <w:p w14:paraId="2B8ACC18" w14:textId="77777777" w:rsidR="00366799" w:rsidRDefault="00000000" w:rsidP="00F53D52">
      <w:pPr>
        <w:pStyle w:val="Nagwek2"/>
        <w:jc w:val="both"/>
      </w:pPr>
      <w:r w:rsidRPr="00F53D52">
        <w:rPr>
          <w:color w:val="000000" w:themeColor="text1"/>
        </w:rPr>
        <w:t>8.2. Podejrzenie krzywdzenia przez pracownika lub inną osobę związaną z Placówką</w:t>
      </w:r>
    </w:p>
    <w:p w14:paraId="06C48D37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Pracownik przyjmujący informację natychmiast przekazuje ją Dyrektorowi lub Koordynatorowi.</w:t>
      </w:r>
    </w:p>
    <w:p w14:paraId="3D6A2373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Dyrektor podejmuje działania zapewniające brak kontaktu osoby podejrzewanej z dzieckiem do czasu wyjaśnienia sytuacji, jeżeli wymaga tego bezpieczeństwo dziecka.</w:t>
      </w:r>
    </w:p>
    <w:p w14:paraId="2BDED845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zachodzi podejrzenie popełnienia przestępstwa, Dyrektor składa zawiadomienie Policji lub prokuraturze niezależnie od wewnętrznych czynności organizacyjnych.</w:t>
      </w:r>
    </w:p>
    <w:p w14:paraId="1F1B9700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zgłoszenie dotyczy Dyrektora, zgłoszenie przekazuje się Koordynatorowi oraz podmiotowi prowadzącemu; jeżeli nie jest to możliwe albo mogłoby zagrozić obiektywności, zgłaszający może bezpośrednio zawiadomić Policję, prokuraturę, sąd opiekuńczy lub właściwy ośrodek pomocy społecznej.</w:t>
      </w:r>
    </w:p>
    <w:p w14:paraId="007C9CDE" w14:textId="77777777" w:rsidR="00366799" w:rsidRPr="00F53D52" w:rsidRDefault="00000000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8.3. Podejrzenie krzywdzenia przez rodzica/opiekuna lub inną osobę dorosłą</w:t>
      </w:r>
    </w:p>
    <w:p w14:paraId="479A9729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Zapewnia się dziecku bezpieczeństwo w Placówce i dokumentuje zaobserwowane objawy lub informacje.</w:t>
      </w:r>
    </w:p>
    <w:p w14:paraId="10A5E7AD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Jeżeli zagrożenie jest bezpośrednie, wzywa się służby ratunkowe lub Policję.</w:t>
      </w:r>
    </w:p>
    <w:p w14:paraId="47B58661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 zależności od okoliczności Dyrektor składa zawiadomienie o podejrzeniu popełnienia przestępstwa, zawiadamia sąd opiekuńczy lub kontaktuje się z właściwym ośrodkiem pomocy społecznej.</w:t>
      </w:r>
    </w:p>
    <w:p w14:paraId="19F1095D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lastRenderedPageBreak/>
        <w:t>Rozmowę z rodzicem/opiekunem prowadzi się tylko wtedy, gdy nie zwiększa to ryzyka dla dziecka i nie utrudnia działań właściwych służb.</w:t>
      </w:r>
    </w:p>
    <w:p w14:paraId="4F00EB42" w14:textId="77777777" w:rsidR="00366799" w:rsidRPr="00F53D52" w:rsidRDefault="00000000" w:rsidP="00F53D52">
      <w:pPr>
        <w:pStyle w:val="Nagwek2"/>
        <w:jc w:val="both"/>
        <w:rPr>
          <w:color w:val="000000" w:themeColor="text1"/>
        </w:rPr>
      </w:pPr>
      <w:r w:rsidRPr="00F53D52">
        <w:rPr>
          <w:color w:val="000000" w:themeColor="text1"/>
        </w:rPr>
        <w:t>8.4. Krzywdzenie przez inne dziecko</w:t>
      </w:r>
    </w:p>
    <w:p w14:paraId="714E1ED6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Personel natychmiast przerywa zachowanie, zapewnia bezpieczeństwo obu dzieciom i udziela pomocy odpowiedniej do skutków zdarzenia.</w:t>
      </w:r>
    </w:p>
    <w:p w14:paraId="5D01EC1B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Rodzice dzieci są informowani o zdarzeniu z zachowaniem poufności danych drugiego dziecka w zakresie, w jakim ujawnienie nie jest niezbędne.</w:t>
      </w:r>
    </w:p>
    <w:p w14:paraId="2DCBA519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Przy powtarzających się lub poważnych zdarzeniach ustala się działania wspierające i monitorujące. Jeżeli zachowanie może świadczyć o krzywdzeniu jednego z dzieci poza Placówką, uruchamia się właściwą procedurę interwencji.</w:t>
      </w:r>
    </w:p>
    <w:p w14:paraId="78896906" w14:textId="002D8F65" w:rsidR="00366799" w:rsidRPr="00F53D52" w:rsidRDefault="00000000" w:rsidP="00F53D52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 xml:space="preserve">9. Zawiadomienia do właściwych </w:t>
      </w:r>
      <w:proofErr w:type="spellStart"/>
      <w:r w:rsidRPr="00F53D52">
        <w:rPr>
          <w:color w:val="000000" w:themeColor="text1"/>
        </w:rPr>
        <w:t>organów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i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procedura</w:t>
      </w:r>
      <w:proofErr w:type="spellEnd"/>
      <w:r w:rsidRPr="00F53D52">
        <w:rPr>
          <w:color w:val="000000" w:themeColor="text1"/>
        </w:rPr>
        <w:t xml:space="preserve"> „</w:t>
      </w:r>
      <w:proofErr w:type="spellStart"/>
      <w:r w:rsidRPr="00F53D52">
        <w:rPr>
          <w:color w:val="000000" w:themeColor="text1"/>
        </w:rPr>
        <w:t>Niebieskie</w:t>
      </w:r>
      <w:r w:rsidR="00F53D52">
        <w:rPr>
          <w:color w:val="000000" w:themeColor="text1"/>
        </w:rPr>
        <w:t>j</w:t>
      </w:r>
      <w:proofErr w:type="spellEnd"/>
      <w:r w:rsidRPr="00F53D52">
        <w:rPr>
          <w:color w:val="000000" w:themeColor="text1"/>
        </w:rPr>
        <w:t xml:space="preserve"> Karty”</w:t>
      </w:r>
    </w:p>
    <w:p w14:paraId="4A8F0D2E" w14:textId="77777777" w:rsidR="00366799" w:rsidRDefault="00000000" w:rsidP="00F53D52">
      <w:pPr>
        <w:jc w:val="both"/>
      </w:pPr>
      <w:r>
        <w:rPr>
          <w:rFonts w:eastAsia="Arial"/>
        </w:rPr>
        <w:t>1. Osobą odpowiedzialną za składanie zawiadomień o podejrzeniu popełnienia przestępstwa na szkodę dziecka oraz zawiadamianie sądu opiekuńczego jest Dyrektor Placówki, a w razie jego nieobecności – osoba pisemnie upoważniona lub Koordynator ds. SOM, jeżeli posiada takie upoważnienie.</w:t>
      </w:r>
    </w:p>
    <w:p w14:paraId="6CF97D3E" w14:textId="77777777" w:rsidR="00366799" w:rsidRDefault="00000000" w:rsidP="00F53D52">
      <w:pPr>
        <w:jc w:val="both"/>
      </w:pPr>
      <w:r>
        <w:rPr>
          <w:rFonts w:eastAsia="Arial"/>
        </w:rPr>
        <w:t>2. W przypadku uzasadnionego podejrzenia popełnienia przestępstwa na szkodę dziecka zawiadomienie kieruje się do Policji lub prokuratury. W przypadku zagrożenia dobra dziecka, które może wymagać ingerencji sądu rodzinnego, kieruje się wniosek lub zawiadomienie do właściwego sądu rejonowego – wydziału rodzinnego i nieletnich.</w:t>
      </w:r>
    </w:p>
    <w:p w14:paraId="3A46A411" w14:textId="77777777" w:rsidR="00366799" w:rsidRDefault="00000000" w:rsidP="00F53D52">
      <w:pPr>
        <w:jc w:val="both"/>
      </w:pPr>
      <w:r>
        <w:rPr>
          <w:rFonts w:eastAsia="Arial"/>
        </w:rPr>
        <w:t>3. Procedurę „Niebieskie Karty” wszczynają wyłącznie osoby i podmioty uprawnione na podstawie przepisów o przeciwdziałaniu przemocy domowej. Jeżeli pracownik Placówki nie jest osobą uprawnioną do wszczęcia tej procedury, przekazuje informację Dyrektorowi, a Placówka niezwłocznie zawiadamia podmiot uprawniony, w szczególności Policję lub właściwy ośrodek pomocy społecznej.</w:t>
      </w:r>
    </w:p>
    <w:p w14:paraId="4310F36C" w14:textId="77777777" w:rsidR="00366799" w:rsidRDefault="00000000" w:rsidP="00F53D52">
      <w:pPr>
        <w:jc w:val="both"/>
      </w:pPr>
      <w:r>
        <w:rPr>
          <w:rFonts w:eastAsia="Arial"/>
        </w:rPr>
        <w:t>4. Złożenie zawiadomienia do właściwego organu nie wymaga uprzedniego potwierdzenia krzywdzenia przez Placówkę. Wystarczające jest powzięcie uzasadnionego podejrzenia w zakresie przewidzianym przepisami prawa.</w:t>
      </w:r>
    </w:p>
    <w:p w14:paraId="7C574881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10. Plan wsparcia dziecka po ujawnieniu krzywdzenia</w:t>
      </w:r>
    </w:p>
    <w:p w14:paraId="3B8567A3" w14:textId="77777777" w:rsidR="00366799" w:rsidRDefault="00000000" w:rsidP="00F53D52">
      <w:pPr>
        <w:jc w:val="both"/>
      </w:pPr>
      <w:r>
        <w:rPr>
          <w:rFonts w:eastAsia="Arial"/>
        </w:rPr>
        <w:t>1. Po ujawnieniu krzywdzenia osoba odpowiedzialna za interwencję ustala Plan wsparcia, jeżeli jest to potrzebne i możliwe w ramach funkcjonowania Placówki. Plan jest dostosowany do wieku dziecka, rodzaju doznanej krzywdy, stanu zdrowia, potrzeb rozwojowych i sytuacji rodzinnej.</w:t>
      </w:r>
    </w:p>
    <w:p w14:paraId="07E5ABEA" w14:textId="77777777" w:rsidR="00366799" w:rsidRDefault="00000000" w:rsidP="00F53D52">
      <w:pPr>
        <w:jc w:val="both"/>
      </w:pPr>
      <w:r>
        <w:rPr>
          <w:rFonts w:eastAsia="Arial"/>
        </w:rPr>
        <w:t>2. Plan wsparcia może obejmować w szczególności:</w:t>
      </w:r>
    </w:p>
    <w:p w14:paraId="1100DF5E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wyznaczenie stałego, bezpiecznego opiekuna w Placówce i zwiększoną obserwację dobrostanu dziecka;</w:t>
      </w:r>
    </w:p>
    <w:p w14:paraId="6985C4D4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modyfikację organizacji opieki, aby ograniczyć kontakt z osobą stanowiącą zagrożenie;</w:t>
      </w:r>
    </w:p>
    <w:p w14:paraId="4BDCF53F" w14:textId="510B6AD3" w:rsidR="00366799" w:rsidRDefault="00000000" w:rsidP="00F53D52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ustalenie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sposobu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komunikacji</w:t>
      </w:r>
      <w:proofErr w:type="spellEnd"/>
      <w:r>
        <w:rPr>
          <w:rFonts w:eastAsia="Arial"/>
          <w:sz w:val="20"/>
        </w:rPr>
        <w:t xml:space="preserve"> z </w:t>
      </w:r>
      <w:proofErr w:type="spellStart"/>
      <w:r>
        <w:rPr>
          <w:rFonts w:eastAsia="Arial"/>
          <w:sz w:val="20"/>
        </w:rPr>
        <w:t>rodzicem</w:t>
      </w:r>
      <w:proofErr w:type="spellEnd"/>
      <w:r>
        <w:rPr>
          <w:rFonts w:eastAsia="Arial"/>
          <w:sz w:val="20"/>
        </w:rPr>
        <w:t>/</w:t>
      </w:r>
      <w:proofErr w:type="spellStart"/>
      <w:r>
        <w:rPr>
          <w:rFonts w:eastAsia="Arial"/>
          <w:sz w:val="20"/>
        </w:rPr>
        <w:t>opiekunem</w:t>
      </w:r>
      <w:proofErr w:type="spellEnd"/>
      <w:r>
        <w:rPr>
          <w:rFonts w:eastAsia="Arial"/>
          <w:sz w:val="20"/>
        </w:rPr>
        <w:t xml:space="preserve">, o </w:t>
      </w:r>
      <w:proofErr w:type="spellStart"/>
      <w:r>
        <w:rPr>
          <w:rFonts w:eastAsia="Arial"/>
          <w:sz w:val="20"/>
        </w:rPr>
        <w:t>ile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rodzic</w:t>
      </w:r>
      <w:proofErr w:type="spellEnd"/>
      <w:r>
        <w:rPr>
          <w:rFonts w:eastAsia="Arial"/>
          <w:sz w:val="20"/>
        </w:rPr>
        <w:t>/</w:t>
      </w:r>
      <w:proofErr w:type="spellStart"/>
      <w:r>
        <w:rPr>
          <w:rFonts w:eastAsia="Arial"/>
          <w:sz w:val="20"/>
        </w:rPr>
        <w:t>opiekun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nie</w:t>
      </w:r>
      <w:proofErr w:type="spellEnd"/>
      <w:r>
        <w:rPr>
          <w:rFonts w:eastAsia="Arial"/>
          <w:sz w:val="20"/>
        </w:rPr>
        <w:t xml:space="preserve"> jest </w:t>
      </w:r>
      <w:proofErr w:type="spellStart"/>
      <w:r>
        <w:rPr>
          <w:rFonts w:eastAsia="Arial"/>
          <w:sz w:val="20"/>
        </w:rPr>
        <w:t>osobą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podejrzewaną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br/>
      </w:r>
      <w:r>
        <w:rPr>
          <w:rFonts w:eastAsia="Arial"/>
          <w:sz w:val="20"/>
        </w:rPr>
        <w:t xml:space="preserve">o </w:t>
      </w:r>
      <w:proofErr w:type="spellStart"/>
      <w:r>
        <w:rPr>
          <w:rFonts w:eastAsia="Arial"/>
          <w:sz w:val="20"/>
        </w:rPr>
        <w:t>krzywdzenie</w:t>
      </w:r>
      <w:proofErr w:type="spellEnd"/>
      <w:r>
        <w:rPr>
          <w:rFonts w:eastAsia="Arial"/>
          <w:sz w:val="20"/>
        </w:rPr>
        <w:t>;</w:t>
      </w:r>
    </w:p>
    <w:p w14:paraId="76B951DE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zalecenie konsultacji medycznej, psychologicznej lub innego specjalistycznego wsparcia dostępnego poza Placówką;</w:t>
      </w:r>
    </w:p>
    <w:p w14:paraId="3E86A5A3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współpracę z Policją, prokuraturą, sądem, ośrodkiem pomocy społecznej, ochroną zdrowia lub innymi uprawnionymi podmiotami;</w:t>
      </w:r>
    </w:p>
    <w:p w14:paraId="4E8D3EF2" w14:textId="77777777" w:rsidR="00366799" w:rsidRDefault="00000000" w:rsidP="00F53D52">
      <w:pPr>
        <w:pStyle w:val="Listapunktowana"/>
        <w:ind w:left="198" w:firstLine="0"/>
        <w:jc w:val="both"/>
      </w:pPr>
      <w:r>
        <w:rPr>
          <w:rFonts w:eastAsia="Arial"/>
          <w:sz w:val="20"/>
        </w:rPr>
        <w:t>termin oceny skuteczności podjętych działań i wskazanie osoby odpowiedzialnej za monitorowanie sytuacji.</w:t>
      </w:r>
    </w:p>
    <w:p w14:paraId="1BB4B6DD" w14:textId="77777777" w:rsidR="00366799" w:rsidRDefault="00000000" w:rsidP="00F53D52">
      <w:pPr>
        <w:jc w:val="both"/>
      </w:pPr>
      <w:r>
        <w:rPr>
          <w:rFonts w:eastAsia="Arial"/>
        </w:rPr>
        <w:t>3. Plan wsparcia nie zastępuje działań właściwych organów. Placówka realizuje wyłącznie działania mieszczące się w jej kompetencjach i organizacji opieki.</w:t>
      </w:r>
    </w:p>
    <w:p w14:paraId="7ED7F3CE" w14:textId="77777777" w:rsidR="00366799" w:rsidRDefault="00000000">
      <w:pPr>
        <w:pStyle w:val="Nagwek1"/>
      </w:pPr>
      <w:r>
        <w:lastRenderedPageBreak/>
        <w:t>11. Koordynator ds. Standardów Ochrony Małoletnich i przygotowanie personelu</w:t>
      </w:r>
    </w:p>
    <w:p w14:paraId="3DB11687" w14:textId="77777777" w:rsidR="00366799" w:rsidRDefault="00000000">
      <w:r>
        <w:rPr>
          <w:rFonts w:eastAsia="Arial"/>
        </w:rPr>
        <w:t>1. Dyrektor wyznacza na piśmie Koordynatora ds. Standardów Ochrony Małoletnich.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366799" w14:paraId="17E3EFD3" w14:textId="77777777">
        <w:trPr>
          <w:tblHeader/>
          <w:jc w:val="center"/>
        </w:trPr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A1A13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Funkcja</w:t>
            </w:r>
          </w:p>
        </w:tc>
        <w:tc>
          <w:tcPr>
            <w:tcW w:w="623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72D5B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Osoba</w:t>
            </w:r>
          </w:p>
        </w:tc>
      </w:tr>
      <w:tr w:rsidR="00366799" w14:paraId="44B8E924" w14:textId="77777777">
        <w:trPr>
          <w:jc w:val="center"/>
        </w:trPr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43D8F" w14:textId="77777777" w:rsidR="00366799" w:rsidRDefault="00000000">
            <w:r>
              <w:rPr>
                <w:rFonts w:eastAsia="Arial"/>
                <w:sz w:val="19"/>
              </w:rPr>
              <w:t>Koordynator ds. SOM</w:t>
            </w:r>
          </w:p>
        </w:tc>
        <w:tc>
          <w:tcPr>
            <w:tcW w:w="62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A4A7F" w14:textId="422D36C4" w:rsidR="00366799" w:rsidRDefault="00F53D52">
            <w:r>
              <w:rPr>
                <w:rFonts w:eastAsia="Arial"/>
                <w:sz w:val="19"/>
              </w:rPr>
              <w:t xml:space="preserve">Malwina Młynarczyk, </w:t>
            </w:r>
            <w:proofErr w:type="spellStart"/>
            <w:r>
              <w:rPr>
                <w:rFonts w:eastAsia="Arial"/>
                <w:sz w:val="19"/>
              </w:rPr>
              <w:t>Dyrektor</w:t>
            </w:r>
            <w:proofErr w:type="spellEnd"/>
            <w:r w:rsidR="00000000">
              <w:rPr>
                <w:rFonts w:eastAsia="Arial"/>
                <w:sz w:val="19"/>
              </w:rPr>
              <w:t xml:space="preserve"> (</w:t>
            </w:r>
            <w:proofErr w:type="spellStart"/>
            <w:r w:rsidR="00000000">
              <w:rPr>
                <w:rFonts w:eastAsia="Arial"/>
                <w:sz w:val="19"/>
              </w:rPr>
              <w:t>imię</w:t>
            </w:r>
            <w:proofErr w:type="spellEnd"/>
            <w:r w:rsidR="00000000">
              <w:rPr>
                <w:rFonts w:eastAsia="Arial"/>
                <w:sz w:val="19"/>
              </w:rPr>
              <w:t xml:space="preserve"> </w:t>
            </w:r>
            <w:r>
              <w:rPr>
                <w:rFonts w:eastAsia="Arial"/>
                <w:sz w:val="19"/>
              </w:rPr>
              <w:t>I</w:t>
            </w:r>
            <w:r w:rsidR="00000000">
              <w:rPr>
                <w:rFonts w:eastAsia="Arial"/>
                <w:sz w:val="19"/>
              </w:rPr>
              <w:t xml:space="preserve"> </w:t>
            </w:r>
            <w:proofErr w:type="spellStart"/>
            <w:r w:rsidR="00000000">
              <w:rPr>
                <w:rFonts w:eastAsia="Arial"/>
                <w:sz w:val="19"/>
              </w:rPr>
              <w:t>nazwisko</w:t>
            </w:r>
            <w:proofErr w:type="spellEnd"/>
            <w:r w:rsidR="00000000">
              <w:rPr>
                <w:rFonts w:eastAsia="Arial"/>
                <w:sz w:val="19"/>
              </w:rPr>
              <w:t xml:space="preserve">, </w:t>
            </w:r>
            <w:proofErr w:type="spellStart"/>
            <w:r w:rsidR="00000000">
              <w:rPr>
                <w:rFonts w:eastAsia="Arial"/>
                <w:sz w:val="19"/>
              </w:rPr>
              <w:t>stanowisko</w:t>
            </w:r>
            <w:proofErr w:type="spellEnd"/>
            <w:r w:rsidR="00000000">
              <w:rPr>
                <w:rFonts w:eastAsia="Arial"/>
                <w:sz w:val="19"/>
              </w:rPr>
              <w:t>)</w:t>
            </w:r>
          </w:p>
        </w:tc>
      </w:tr>
    </w:tbl>
    <w:p w14:paraId="04D4DF6D" w14:textId="77777777" w:rsidR="00366799" w:rsidRDefault="00000000" w:rsidP="00997C0E">
      <w:pPr>
        <w:jc w:val="both"/>
      </w:pPr>
      <w:r>
        <w:rPr>
          <w:rFonts w:eastAsia="Arial"/>
        </w:rPr>
        <w:t>2. Do zadań Koordynatora należy w szczególności:</w:t>
      </w:r>
    </w:p>
    <w:p w14:paraId="758C07CD" w14:textId="5D35E9C5" w:rsidR="00366799" w:rsidRDefault="00000000" w:rsidP="00997C0E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monitorowanie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realizacji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przestrzegania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Standardów</w:t>
      </w:r>
      <w:proofErr w:type="spellEnd"/>
      <w:r>
        <w:rPr>
          <w:rFonts w:eastAsia="Arial"/>
          <w:sz w:val="20"/>
        </w:rPr>
        <w:t>;</w:t>
      </w:r>
    </w:p>
    <w:p w14:paraId="18142DF3" w14:textId="19861DD7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udzielanie personelowi wyjaśnień </w:t>
      </w:r>
      <w:proofErr w:type="spellStart"/>
      <w:r>
        <w:rPr>
          <w:rFonts w:eastAsia="Arial"/>
          <w:sz w:val="20"/>
        </w:rPr>
        <w:t>dotyczących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stosowania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Standardów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reagowanie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na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sygnały</w:t>
      </w:r>
      <w:proofErr w:type="spellEnd"/>
      <w:r>
        <w:rPr>
          <w:rFonts w:eastAsia="Arial"/>
          <w:sz w:val="20"/>
        </w:rPr>
        <w:t xml:space="preserve"> o ich naruszeniu;</w:t>
      </w:r>
    </w:p>
    <w:p w14:paraId="59337B19" w14:textId="77777777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>organizowanie lub prowadzenie przygotowania personelu do stosowania SOM;</w:t>
      </w:r>
    </w:p>
    <w:p w14:paraId="27065449" w14:textId="584B2FEF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prowadzenie lub nadzorowanie rejestru </w:t>
      </w:r>
      <w:proofErr w:type="spellStart"/>
      <w:r>
        <w:rPr>
          <w:rFonts w:eastAsia="Arial"/>
          <w:sz w:val="20"/>
        </w:rPr>
        <w:t>zgłoszeń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proponowanych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zmian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dokumentacji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przeglądów</w:t>
      </w:r>
      <w:proofErr w:type="spellEnd"/>
      <w:r>
        <w:rPr>
          <w:rFonts w:eastAsia="Arial"/>
          <w:sz w:val="20"/>
        </w:rPr>
        <w:t>;</w:t>
      </w:r>
    </w:p>
    <w:p w14:paraId="38DC4511" w14:textId="1DB09311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dokonywanie – wspólnie z Dyrektorem – </w:t>
      </w:r>
      <w:proofErr w:type="spellStart"/>
      <w:r>
        <w:rPr>
          <w:rFonts w:eastAsia="Arial"/>
          <w:sz w:val="20"/>
        </w:rPr>
        <w:t>przeglądu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Standardów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przedstawianie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propozycji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zmian</w:t>
      </w:r>
      <w:proofErr w:type="spellEnd"/>
      <w:r>
        <w:rPr>
          <w:rFonts w:eastAsia="Arial"/>
          <w:sz w:val="20"/>
        </w:rPr>
        <w:t>;</w:t>
      </w:r>
    </w:p>
    <w:p w14:paraId="75528121" w14:textId="0DC6943D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dbanie o </w:t>
      </w:r>
      <w:proofErr w:type="spellStart"/>
      <w:r>
        <w:rPr>
          <w:rFonts w:eastAsia="Arial"/>
          <w:sz w:val="20"/>
        </w:rPr>
        <w:t>dostępność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wersji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zupełnej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skróconej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Standardów</w:t>
      </w:r>
      <w:proofErr w:type="spellEnd"/>
      <w:r>
        <w:rPr>
          <w:rFonts w:eastAsia="Arial"/>
          <w:sz w:val="20"/>
        </w:rPr>
        <w:t>.</w:t>
      </w:r>
    </w:p>
    <w:p w14:paraId="7930B4AA" w14:textId="77777777" w:rsidR="00366799" w:rsidRDefault="00000000" w:rsidP="00997C0E">
      <w:pPr>
        <w:jc w:val="both"/>
      </w:pPr>
      <w:r>
        <w:rPr>
          <w:rFonts w:eastAsia="Arial"/>
        </w:rPr>
        <w:t>3. Przygotowanie personelu obejmuje co najmniej omówienie zasad bezpiecznych relacji, sygnałów krzywdzenia, zasad przyjmowania zgłoszeń, procedury interwencji, zasad dokumentowania, ochrony danych oraz sposobu postępowania w sytuacji bezpośredniego zagrożenia.</w:t>
      </w:r>
    </w:p>
    <w:p w14:paraId="5C8FCA54" w14:textId="07E1D141" w:rsidR="00366799" w:rsidRDefault="00000000" w:rsidP="00997C0E">
      <w:pPr>
        <w:jc w:val="both"/>
      </w:pPr>
      <w:r>
        <w:rPr>
          <w:rFonts w:eastAsia="Arial"/>
        </w:rPr>
        <w:t xml:space="preserve">4. Każda osoba dopuszczona do pracy lub działalności z dziećmi zapoznaje się ze Standardami przed </w:t>
      </w:r>
      <w:proofErr w:type="spellStart"/>
      <w:r>
        <w:rPr>
          <w:rFonts w:eastAsia="Arial"/>
        </w:rPr>
        <w:t>rozpoczęciem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wykonywania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zadań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potwierdza</w:t>
      </w:r>
      <w:proofErr w:type="spellEnd"/>
      <w:r>
        <w:rPr>
          <w:rFonts w:eastAsia="Arial"/>
        </w:rPr>
        <w:t xml:space="preserve"> ten </w:t>
      </w:r>
      <w:proofErr w:type="spellStart"/>
      <w:r>
        <w:rPr>
          <w:rFonts w:eastAsia="Arial"/>
        </w:rPr>
        <w:t>fakt</w:t>
      </w:r>
      <w:proofErr w:type="spellEnd"/>
      <w:r>
        <w:rPr>
          <w:rFonts w:eastAsia="Arial"/>
        </w:rPr>
        <w:t xml:space="preserve"> pisemnym oświadczeniem.</w:t>
      </w:r>
    </w:p>
    <w:p w14:paraId="1351DA00" w14:textId="2901B315" w:rsidR="00366799" w:rsidRDefault="00000000" w:rsidP="00997C0E">
      <w:pPr>
        <w:jc w:val="both"/>
      </w:pPr>
      <w:r>
        <w:rPr>
          <w:rFonts w:eastAsia="Arial"/>
        </w:rPr>
        <w:t xml:space="preserve">5. Przygotowanie personelu dokumentuje się listą obecności lub kartą szkolenia/przygotowania, </w:t>
      </w:r>
      <w:proofErr w:type="spellStart"/>
      <w:r>
        <w:rPr>
          <w:rFonts w:eastAsia="Arial"/>
        </w:rPr>
        <w:t>zawierającą</w:t>
      </w:r>
      <w:proofErr w:type="spellEnd"/>
      <w:r>
        <w:rPr>
          <w:rFonts w:eastAsia="Arial"/>
        </w:rPr>
        <w:t xml:space="preserve"> co </w:t>
      </w:r>
      <w:proofErr w:type="spellStart"/>
      <w:r>
        <w:rPr>
          <w:rFonts w:eastAsia="Arial"/>
        </w:rPr>
        <w:t>najmniej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pgNum/>
        <w:t>ate</w:t>
      </w:r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zakres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omówionych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zagadnień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imię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nazwisko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osoby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prowadzącej</w:t>
      </w:r>
      <w:proofErr w:type="spellEnd"/>
      <w:r>
        <w:rPr>
          <w:rFonts w:eastAsia="Arial"/>
        </w:rPr>
        <w:t xml:space="preserve"> oraz podpisy uczestników. Wzór stanowi Załącznik nr 8.</w:t>
      </w:r>
    </w:p>
    <w:p w14:paraId="4624F18A" w14:textId="4E8A4F2E" w:rsidR="00366799" w:rsidRPr="00F53D52" w:rsidRDefault="00000000" w:rsidP="00997C0E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 xml:space="preserve">12. </w:t>
      </w:r>
      <w:proofErr w:type="spellStart"/>
      <w:r w:rsidRPr="00F53D52">
        <w:rPr>
          <w:color w:val="000000" w:themeColor="text1"/>
        </w:rPr>
        <w:t>Przegląd</w:t>
      </w:r>
      <w:proofErr w:type="spellEnd"/>
      <w:r w:rsidRPr="00F53D52">
        <w:rPr>
          <w:color w:val="000000" w:themeColor="text1"/>
        </w:rPr>
        <w:t xml:space="preserve">, </w:t>
      </w:r>
      <w:proofErr w:type="spellStart"/>
      <w:r w:rsidRPr="00F53D52">
        <w:rPr>
          <w:color w:val="000000" w:themeColor="text1"/>
        </w:rPr>
        <w:t>aktualizacja</w:t>
      </w:r>
      <w:proofErr w:type="spellEnd"/>
      <w:r w:rsidRPr="00F53D52">
        <w:rPr>
          <w:color w:val="000000" w:themeColor="text1"/>
        </w:rPr>
        <w:t xml:space="preserve"> </w:t>
      </w:r>
      <w:r w:rsidR="00F53D52">
        <w:rPr>
          <w:color w:val="000000" w:themeColor="text1"/>
        </w:rPr>
        <w:t>I</w:t>
      </w:r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dokumentowanie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oceny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standardów</w:t>
      </w:r>
      <w:proofErr w:type="spellEnd"/>
    </w:p>
    <w:p w14:paraId="1253162C" w14:textId="77777777" w:rsidR="00366799" w:rsidRDefault="00000000" w:rsidP="00997C0E">
      <w:pPr>
        <w:jc w:val="both"/>
      </w:pPr>
      <w:r>
        <w:rPr>
          <w:rFonts w:eastAsia="Arial"/>
        </w:rPr>
        <w:t>1. Standardy podlegają ocenie co najmniej raz na dwa lata, a także każdorazowo, gdy zmiana przepisów, organizacji Placówki, wystąpienie poważnego incydentu albo wyniki monitorowania wskazują na potrzebę wcześniejszej aktualizacji.</w:t>
      </w:r>
    </w:p>
    <w:p w14:paraId="18866410" w14:textId="1A7ADCB8" w:rsidR="00366799" w:rsidRDefault="00000000" w:rsidP="00997C0E">
      <w:pPr>
        <w:jc w:val="both"/>
      </w:pPr>
      <w:r>
        <w:rPr>
          <w:rFonts w:eastAsia="Arial"/>
        </w:rPr>
        <w:t xml:space="preserve">2. Koordynator może w ramach przeglądu zbierać </w:t>
      </w:r>
      <w:proofErr w:type="spellStart"/>
      <w:r>
        <w:rPr>
          <w:rFonts w:eastAsia="Arial"/>
        </w:rPr>
        <w:t>opinie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pracowników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rodziców</w:t>
      </w:r>
      <w:proofErr w:type="spellEnd"/>
      <w:r>
        <w:rPr>
          <w:rFonts w:eastAsia="Arial"/>
        </w:rPr>
        <w:t>/</w:t>
      </w:r>
      <w:proofErr w:type="spellStart"/>
      <w:r>
        <w:rPr>
          <w:rFonts w:eastAsia="Arial"/>
        </w:rPr>
        <w:t>opiekunów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– w </w:t>
      </w:r>
      <w:proofErr w:type="spellStart"/>
      <w:r>
        <w:rPr>
          <w:rFonts w:eastAsia="Arial"/>
        </w:rPr>
        <w:t>zakresie</w:t>
      </w:r>
      <w:proofErr w:type="spellEnd"/>
      <w:r>
        <w:rPr>
          <w:rFonts w:eastAsia="Arial"/>
        </w:rPr>
        <w:t xml:space="preserve"> adekwatnym do wieku – obserwacje dotyczące reakcji dzieci na przyjęte zasady bezpieczeństwa.</w:t>
      </w:r>
    </w:p>
    <w:p w14:paraId="76B977A0" w14:textId="42C1B718" w:rsidR="00366799" w:rsidRDefault="00000000" w:rsidP="00997C0E">
      <w:pPr>
        <w:jc w:val="both"/>
      </w:pPr>
      <w:r>
        <w:rPr>
          <w:rFonts w:eastAsia="Arial"/>
        </w:rPr>
        <w:t xml:space="preserve">3. Wnioski z oceny Standardów dokumentuje się pisemnie w </w:t>
      </w:r>
      <w:proofErr w:type="spellStart"/>
      <w:r>
        <w:rPr>
          <w:rFonts w:eastAsia="Arial"/>
        </w:rPr>
        <w:t>protokole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oceny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zawierającym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pgNum/>
        <w:t>ate</w:t>
      </w:r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zakres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przeglądu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ustalenia</w:t>
      </w:r>
      <w:proofErr w:type="spellEnd"/>
      <w:r>
        <w:rPr>
          <w:rFonts w:eastAsia="Arial"/>
        </w:rPr>
        <w:t xml:space="preserve">, stwierdzone potrzeby zmian, sposób ich realizacji oraz podpis </w:t>
      </w:r>
      <w:proofErr w:type="spellStart"/>
      <w:r>
        <w:rPr>
          <w:rFonts w:eastAsia="Arial"/>
        </w:rPr>
        <w:t>osoby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dokonującej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oceny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Dyrektora</w:t>
      </w:r>
      <w:proofErr w:type="spellEnd"/>
      <w:r>
        <w:rPr>
          <w:rFonts w:eastAsia="Arial"/>
        </w:rPr>
        <w:t>. Wzór stanowi Załącznik nr 7.</w:t>
      </w:r>
    </w:p>
    <w:p w14:paraId="442F2FB5" w14:textId="1AACB776" w:rsidR="00366799" w:rsidRDefault="00000000" w:rsidP="00997C0E">
      <w:pPr>
        <w:jc w:val="both"/>
      </w:pPr>
      <w:r>
        <w:rPr>
          <w:rFonts w:eastAsia="Arial"/>
        </w:rPr>
        <w:t xml:space="preserve">4. </w:t>
      </w:r>
      <w:proofErr w:type="spellStart"/>
      <w:r>
        <w:rPr>
          <w:rFonts w:eastAsia="Arial"/>
        </w:rPr>
        <w:t>Zmiany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Standardów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wprowadza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się</w:t>
      </w:r>
      <w:proofErr w:type="spellEnd"/>
      <w:r>
        <w:rPr>
          <w:rFonts w:eastAsia="Arial"/>
        </w:rPr>
        <w:t xml:space="preserve"> w </w:t>
      </w:r>
      <w:proofErr w:type="spellStart"/>
      <w:r>
        <w:rPr>
          <w:rFonts w:eastAsia="Arial"/>
        </w:rPr>
        <w:t>formie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przyjętej</w:t>
      </w:r>
      <w:proofErr w:type="spellEnd"/>
      <w:r>
        <w:rPr>
          <w:rFonts w:eastAsia="Arial"/>
        </w:rPr>
        <w:t xml:space="preserve"> w </w:t>
      </w:r>
      <w:proofErr w:type="spellStart"/>
      <w:r>
        <w:rPr>
          <w:rFonts w:eastAsia="Arial"/>
        </w:rPr>
        <w:t>Placówce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dla</w:t>
      </w:r>
      <w:proofErr w:type="spellEnd"/>
      <w:r>
        <w:rPr>
          <w:rFonts w:eastAsia="Arial"/>
        </w:rPr>
        <w:t xml:space="preserve"> ich </w:t>
      </w:r>
      <w:proofErr w:type="spellStart"/>
      <w:r>
        <w:rPr>
          <w:rFonts w:eastAsia="Arial"/>
        </w:rPr>
        <w:t>ustanowienia</w:t>
      </w:r>
      <w:proofErr w:type="spellEnd"/>
      <w:r>
        <w:rPr>
          <w:rFonts w:eastAsia="Arial"/>
        </w:rPr>
        <w:t xml:space="preserve">, </w:t>
      </w:r>
      <w:r w:rsidR="00997C0E">
        <w:rPr>
          <w:rFonts w:eastAsia="Arial"/>
        </w:rPr>
        <w:br/>
      </w:r>
      <w:r>
        <w:rPr>
          <w:rFonts w:eastAsia="Arial"/>
        </w:rPr>
        <w:t xml:space="preserve">a </w:t>
      </w:r>
      <w:proofErr w:type="spellStart"/>
      <w:r>
        <w:rPr>
          <w:rFonts w:eastAsia="Arial"/>
        </w:rPr>
        <w:t>zaktualizowaną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treść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podaje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się</w:t>
      </w:r>
      <w:proofErr w:type="spellEnd"/>
      <w:r>
        <w:rPr>
          <w:rFonts w:eastAsia="Arial"/>
        </w:rPr>
        <w:t xml:space="preserve"> do </w:t>
      </w:r>
      <w:proofErr w:type="spellStart"/>
      <w:r>
        <w:rPr>
          <w:rFonts w:eastAsia="Arial"/>
        </w:rPr>
        <w:t>wiadomości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personelu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rodziców</w:t>
      </w:r>
      <w:proofErr w:type="spellEnd"/>
      <w:r>
        <w:rPr>
          <w:rFonts w:eastAsia="Arial"/>
        </w:rPr>
        <w:t>/</w:t>
      </w:r>
      <w:proofErr w:type="spellStart"/>
      <w:r>
        <w:rPr>
          <w:rFonts w:eastAsia="Arial"/>
        </w:rPr>
        <w:t>opiekunów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oraz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udostępnia</w:t>
      </w:r>
      <w:proofErr w:type="spellEnd"/>
      <w:r>
        <w:rPr>
          <w:rFonts w:eastAsia="Arial"/>
        </w:rPr>
        <w:t xml:space="preserve"> </w:t>
      </w:r>
      <w:r w:rsidR="00997C0E">
        <w:rPr>
          <w:rFonts w:eastAsia="Arial"/>
        </w:rPr>
        <w:br/>
      </w:r>
      <w:r>
        <w:rPr>
          <w:rFonts w:eastAsia="Arial"/>
        </w:rPr>
        <w:t xml:space="preserve">w </w:t>
      </w:r>
      <w:proofErr w:type="spellStart"/>
      <w:r>
        <w:rPr>
          <w:rFonts w:eastAsia="Arial"/>
        </w:rPr>
        <w:t>wymaganych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miejscach</w:t>
      </w:r>
      <w:proofErr w:type="spellEnd"/>
      <w:r>
        <w:rPr>
          <w:rFonts w:eastAsia="Arial"/>
        </w:rPr>
        <w:t>.</w:t>
      </w:r>
    </w:p>
    <w:p w14:paraId="614612E3" w14:textId="5E66BC44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 xml:space="preserve">13. </w:t>
      </w:r>
      <w:proofErr w:type="spellStart"/>
      <w:r w:rsidRPr="00F53D52">
        <w:rPr>
          <w:color w:val="000000" w:themeColor="text1"/>
        </w:rPr>
        <w:t>Udostępnianie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standardów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rodzicom</w:t>
      </w:r>
      <w:proofErr w:type="spellEnd"/>
      <w:r w:rsidRPr="00F53D52">
        <w:rPr>
          <w:color w:val="000000" w:themeColor="text1"/>
        </w:rPr>
        <w:t xml:space="preserve"> </w:t>
      </w:r>
      <w:r w:rsidR="00F53D52">
        <w:rPr>
          <w:color w:val="000000" w:themeColor="text1"/>
        </w:rPr>
        <w:t>I</w:t>
      </w:r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dzieciom</w:t>
      </w:r>
      <w:proofErr w:type="spellEnd"/>
    </w:p>
    <w:p w14:paraId="584F6A07" w14:textId="1DF5702E" w:rsidR="00366799" w:rsidRDefault="00000000" w:rsidP="00997C0E">
      <w:pPr>
        <w:jc w:val="both"/>
      </w:pPr>
      <w:r>
        <w:rPr>
          <w:rFonts w:eastAsia="Arial"/>
        </w:rPr>
        <w:t xml:space="preserve">1. Standardy są jawne. </w:t>
      </w:r>
      <w:proofErr w:type="spellStart"/>
      <w:r>
        <w:rPr>
          <w:rFonts w:eastAsia="Arial"/>
        </w:rPr>
        <w:t>Wersja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zupełna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wersja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skrócona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są</w:t>
      </w:r>
      <w:proofErr w:type="spellEnd"/>
      <w:r>
        <w:rPr>
          <w:rFonts w:eastAsia="Arial"/>
        </w:rPr>
        <w:t xml:space="preserve"> udostępniane na stronie internetowej Placówki oraz wywieszane w widocznym miejscu w lokalu Placówki.</w:t>
      </w:r>
    </w:p>
    <w:p w14:paraId="79A36708" w14:textId="77777777" w:rsidR="00366799" w:rsidRDefault="00000000" w:rsidP="00997C0E">
      <w:pPr>
        <w:jc w:val="both"/>
      </w:pPr>
      <w:r>
        <w:rPr>
          <w:rFonts w:eastAsia="Arial"/>
        </w:rPr>
        <w:t>2. Rodzice/opiekunowie otrzymują informację, gdzie mogą zapoznać się ze Standardami, w szczególności przy przyjęciu dziecka oraz po każdej istotnej aktualizacji.</w:t>
      </w:r>
    </w:p>
    <w:p w14:paraId="0CB48B9B" w14:textId="27C775D4" w:rsidR="00366799" w:rsidRDefault="00000000" w:rsidP="00997C0E">
      <w:pPr>
        <w:jc w:val="both"/>
      </w:pPr>
      <w:r>
        <w:rPr>
          <w:rFonts w:eastAsia="Arial"/>
        </w:rPr>
        <w:t xml:space="preserve">3. Wersja skrócona przeznaczona dla małoletnich jest dostosowana do wieku dzieci korzystających ze żłobka. Ze względu na wiek dzieci ma formę krótkich komunikatów, które mogą być przekazywane przez </w:t>
      </w:r>
      <w:r>
        <w:rPr>
          <w:rFonts w:eastAsia="Arial"/>
        </w:rPr>
        <w:lastRenderedPageBreak/>
        <w:t xml:space="preserve">dorosłych przy użyciu </w:t>
      </w:r>
      <w:proofErr w:type="spellStart"/>
      <w:r>
        <w:rPr>
          <w:rFonts w:eastAsia="Arial"/>
        </w:rPr>
        <w:t>prostych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słów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gestów</w:t>
      </w:r>
      <w:proofErr w:type="spellEnd"/>
      <w:r>
        <w:rPr>
          <w:rFonts w:eastAsia="Arial"/>
        </w:rPr>
        <w:t xml:space="preserve"> </w:t>
      </w:r>
      <w:r w:rsidR="00F53D52">
        <w:rPr>
          <w:rFonts w:eastAsia="Arial"/>
        </w:rPr>
        <w:t>I</w:t>
      </w:r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elementów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graficznych</w:t>
      </w:r>
      <w:proofErr w:type="spellEnd"/>
      <w:r>
        <w:rPr>
          <w:rFonts w:eastAsia="Arial"/>
        </w:rPr>
        <w:t>. Stanowi Załącznik nr 9 oraz odrębny materiał do wywieszenia.</w:t>
      </w:r>
    </w:p>
    <w:p w14:paraId="055C69CB" w14:textId="604BF7D1" w:rsidR="00366799" w:rsidRPr="00F53D52" w:rsidRDefault="00000000" w:rsidP="00997C0E">
      <w:pPr>
        <w:pStyle w:val="Nagwek1"/>
        <w:jc w:val="both"/>
        <w:rPr>
          <w:color w:val="000000" w:themeColor="text1"/>
        </w:rPr>
      </w:pPr>
      <w:r w:rsidRPr="00F53D52">
        <w:rPr>
          <w:color w:val="000000" w:themeColor="text1"/>
        </w:rPr>
        <w:t xml:space="preserve">14. </w:t>
      </w:r>
      <w:proofErr w:type="spellStart"/>
      <w:r w:rsidRPr="00F53D52">
        <w:rPr>
          <w:color w:val="000000" w:themeColor="text1"/>
        </w:rPr>
        <w:t>Ochrona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wizerunku</w:t>
      </w:r>
      <w:proofErr w:type="spellEnd"/>
      <w:r w:rsidRPr="00F53D52">
        <w:rPr>
          <w:color w:val="000000" w:themeColor="text1"/>
        </w:rPr>
        <w:t xml:space="preserve"> </w:t>
      </w:r>
      <w:r w:rsidR="00F53D52">
        <w:rPr>
          <w:color w:val="000000" w:themeColor="text1"/>
        </w:rPr>
        <w:t>I</w:t>
      </w:r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danych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osobowych</w:t>
      </w:r>
      <w:proofErr w:type="spellEnd"/>
      <w:r w:rsidRPr="00F53D52">
        <w:rPr>
          <w:color w:val="000000" w:themeColor="text1"/>
        </w:rPr>
        <w:t xml:space="preserve"> </w:t>
      </w:r>
      <w:proofErr w:type="spellStart"/>
      <w:r w:rsidRPr="00F53D52">
        <w:rPr>
          <w:color w:val="000000" w:themeColor="text1"/>
        </w:rPr>
        <w:t>dziecka</w:t>
      </w:r>
      <w:proofErr w:type="spellEnd"/>
    </w:p>
    <w:p w14:paraId="455331DD" w14:textId="0607574E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Placówka </w:t>
      </w:r>
      <w:proofErr w:type="spellStart"/>
      <w:r>
        <w:rPr>
          <w:rFonts w:eastAsia="Arial"/>
          <w:sz w:val="20"/>
        </w:rPr>
        <w:t>chroni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prywatność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dziecka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jego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rodziny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oraz</w:t>
      </w:r>
      <w:proofErr w:type="spellEnd"/>
      <w:r>
        <w:rPr>
          <w:rFonts w:eastAsia="Arial"/>
          <w:sz w:val="20"/>
        </w:rPr>
        <w:t xml:space="preserve"> przetwarza dane wyłącznie w zakresie wynikającym z prawa, umów, organizacji opieki lub ważnej zgody.</w:t>
      </w:r>
    </w:p>
    <w:p w14:paraId="23ACD011" w14:textId="12B635C0" w:rsidR="00366799" w:rsidRDefault="00000000" w:rsidP="00997C0E">
      <w:pPr>
        <w:pStyle w:val="Listapunktowana"/>
        <w:ind w:left="198" w:firstLine="0"/>
        <w:jc w:val="both"/>
      </w:pPr>
      <w:proofErr w:type="spellStart"/>
      <w:r>
        <w:rPr>
          <w:rFonts w:eastAsia="Arial"/>
          <w:sz w:val="20"/>
        </w:rPr>
        <w:t>Utrwalanie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rozpowszechnianie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wizerunku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dziecka</w:t>
      </w:r>
      <w:proofErr w:type="spellEnd"/>
      <w:r>
        <w:rPr>
          <w:rFonts w:eastAsia="Arial"/>
          <w:sz w:val="20"/>
        </w:rPr>
        <w:t xml:space="preserve"> odbywa się na zasadach </w:t>
      </w:r>
      <w:proofErr w:type="spellStart"/>
      <w:r>
        <w:rPr>
          <w:rFonts w:eastAsia="Arial"/>
          <w:sz w:val="20"/>
        </w:rPr>
        <w:t>określonych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przez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Placówkę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z </w:t>
      </w:r>
      <w:proofErr w:type="spellStart"/>
      <w:r>
        <w:rPr>
          <w:rFonts w:eastAsia="Arial"/>
          <w:sz w:val="20"/>
        </w:rPr>
        <w:t>poszanowaniem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przepisów</w:t>
      </w:r>
      <w:proofErr w:type="spellEnd"/>
      <w:r>
        <w:rPr>
          <w:rFonts w:eastAsia="Arial"/>
          <w:sz w:val="20"/>
        </w:rPr>
        <w:t xml:space="preserve"> o </w:t>
      </w:r>
      <w:proofErr w:type="spellStart"/>
      <w:r>
        <w:rPr>
          <w:rFonts w:eastAsia="Arial"/>
          <w:sz w:val="20"/>
        </w:rPr>
        <w:t>ochronie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danych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dóbr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osobistych</w:t>
      </w:r>
      <w:proofErr w:type="spellEnd"/>
      <w:r>
        <w:rPr>
          <w:rFonts w:eastAsia="Arial"/>
          <w:sz w:val="20"/>
        </w:rPr>
        <w:t xml:space="preserve">. Jeżeli wymagana jest zgoda, musi </w:t>
      </w:r>
      <w:proofErr w:type="spellStart"/>
      <w:r>
        <w:rPr>
          <w:rFonts w:eastAsia="Arial"/>
          <w:sz w:val="20"/>
        </w:rPr>
        <w:t>być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dobrowolna</w:t>
      </w:r>
      <w:proofErr w:type="spellEnd"/>
      <w:r>
        <w:rPr>
          <w:rFonts w:eastAsia="Arial"/>
          <w:sz w:val="20"/>
        </w:rPr>
        <w:t xml:space="preserve">, </w:t>
      </w:r>
      <w:proofErr w:type="spellStart"/>
      <w:r>
        <w:rPr>
          <w:rFonts w:eastAsia="Arial"/>
          <w:sz w:val="20"/>
        </w:rPr>
        <w:t>konkretna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możliwa</w:t>
      </w:r>
      <w:proofErr w:type="spellEnd"/>
      <w:r>
        <w:rPr>
          <w:rFonts w:eastAsia="Arial"/>
          <w:sz w:val="20"/>
        </w:rPr>
        <w:t xml:space="preserve"> do </w:t>
      </w:r>
      <w:proofErr w:type="spellStart"/>
      <w:r>
        <w:rPr>
          <w:rFonts w:eastAsia="Arial"/>
          <w:sz w:val="20"/>
        </w:rPr>
        <w:t>wycofania</w:t>
      </w:r>
      <w:proofErr w:type="spellEnd"/>
      <w:r>
        <w:rPr>
          <w:rFonts w:eastAsia="Arial"/>
          <w:sz w:val="20"/>
        </w:rPr>
        <w:t>.</w:t>
      </w:r>
    </w:p>
    <w:p w14:paraId="37B6DB6B" w14:textId="151DC67A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Personel nie publikuje zdjęć ani nagrań dzieci na prywatnych profilach, komunikatorach </w:t>
      </w:r>
      <w:proofErr w:type="spellStart"/>
      <w:r>
        <w:rPr>
          <w:rFonts w:eastAsia="Arial"/>
          <w:sz w:val="20"/>
        </w:rPr>
        <w:t>lub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kontach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społecznościowych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przechowuje</w:t>
      </w:r>
      <w:proofErr w:type="spellEnd"/>
      <w:r>
        <w:rPr>
          <w:rFonts w:eastAsia="Arial"/>
          <w:sz w:val="20"/>
        </w:rPr>
        <w:t xml:space="preserve"> ich na prywatnych urządzeniach poza przypadkami wyraźnie </w:t>
      </w:r>
      <w:proofErr w:type="spellStart"/>
      <w:r>
        <w:rPr>
          <w:rFonts w:eastAsia="Arial"/>
          <w:sz w:val="20"/>
        </w:rPr>
        <w:t>dopuszczonymi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przez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Placówkę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zabezpieczonymi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organizacyjnie</w:t>
      </w:r>
      <w:proofErr w:type="spellEnd"/>
      <w:r>
        <w:rPr>
          <w:rFonts w:eastAsia="Arial"/>
          <w:sz w:val="20"/>
        </w:rPr>
        <w:t>.</w:t>
      </w:r>
    </w:p>
    <w:p w14:paraId="7D0C5708" w14:textId="5AD7EAC7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Dokumentacja dotycząca podejrzenia krzywdzenia jest </w:t>
      </w:r>
      <w:proofErr w:type="spellStart"/>
      <w:r>
        <w:rPr>
          <w:rFonts w:eastAsia="Arial"/>
          <w:sz w:val="20"/>
        </w:rPr>
        <w:t>informacją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szczególnie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chronioną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może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być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udostępniona</w:t>
      </w:r>
      <w:proofErr w:type="spellEnd"/>
      <w:r>
        <w:rPr>
          <w:rFonts w:eastAsia="Arial"/>
          <w:sz w:val="20"/>
        </w:rPr>
        <w:t xml:space="preserve"> wyłącznie osobom uprawnionym.</w:t>
      </w:r>
    </w:p>
    <w:p w14:paraId="5D73D2D4" w14:textId="20C4DBA1" w:rsidR="00366799" w:rsidRDefault="00000000" w:rsidP="00997C0E">
      <w:pPr>
        <w:pStyle w:val="Listapunktowana"/>
        <w:ind w:left="198" w:firstLine="0"/>
        <w:jc w:val="both"/>
      </w:pPr>
      <w:r>
        <w:rPr>
          <w:rFonts w:eastAsia="Arial"/>
          <w:sz w:val="20"/>
        </w:rPr>
        <w:t xml:space="preserve">W </w:t>
      </w:r>
      <w:proofErr w:type="spellStart"/>
      <w:r>
        <w:rPr>
          <w:rFonts w:eastAsia="Arial"/>
          <w:sz w:val="20"/>
        </w:rPr>
        <w:t>korespondencji</w:t>
      </w:r>
      <w:proofErr w:type="spellEnd"/>
      <w:r>
        <w:rPr>
          <w:rFonts w:eastAsia="Arial"/>
          <w:sz w:val="20"/>
        </w:rPr>
        <w:t xml:space="preserve"> </w:t>
      </w:r>
      <w:r w:rsidR="00F53D52">
        <w:rPr>
          <w:rFonts w:eastAsia="Arial"/>
          <w:sz w:val="20"/>
        </w:rPr>
        <w:t>I</w:t>
      </w:r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rozmowach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dotyczących</w:t>
      </w:r>
      <w:proofErr w:type="spellEnd"/>
      <w:r>
        <w:rPr>
          <w:rFonts w:eastAsia="Arial"/>
          <w:sz w:val="20"/>
        </w:rPr>
        <w:t xml:space="preserve"> </w:t>
      </w:r>
      <w:proofErr w:type="spellStart"/>
      <w:r>
        <w:rPr>
          <w:rFonts w:eastAsia="Arial"/>
          <w:sz w:val="20"/>
        </w:rPr>
        <w:t>incydentów</w:t>
      </w:r>
      <w:proofErr w:type="spellEnd"/>
      <w:r>
        <w:rPr>
          <w:rFonts w:eastAsia="Arial"/>
          <w:sz w:val="20"/>
        </w:rPr>
        <w:t xml:space="preserve"> należy ograniczać zakres przekazywanych danych do niezbędnego minimum.</w:t>
      </w:r>
    </w:p>
    <w:p w14:paraId="7FDEB2B3" w14:textId="77777777" w:rsidR="00366799" w:rsidRDefault="00366799" w:rsidP="00997C0E">
      <w:pPr>
        <w:spacing w:after="20"/>
        <w:jc w:val="both"/>
      </w:pPr>
    </w:p>
    <w:p w14:paraId="20F567CA" w14:textId="77777777" w:rsidR="00F53D52" w:rsidRDefault="00F53D52">
      <w:pPr>
        <w:spacing w:after="20"/>
      </w:pPr>
    </w:p>
    <w:p w14:paraId="6611D928" w14:textId="77777777" w:rsidR="00F53D52" w:rsidRDefault="00F53D52">
      <w:pPr>
        <w:spacing w:after="20"/>
      </w:pPr>
    </w:p>
    <w:p w14:paraId="782D054C" w14:textId="77777777" w:rsidR="00F53D52" w:rsidRDefault="00F53D52">
      <w:pPr>
        <w:spacing w:after="20"/>
      </w:pPr>
    </w:p>
    <w:p w14:paraId="63DDEBA7" w14:textId="77777777" w:rsidR="00F53D52" w:rsidRDefault="00F53D52">
      <w:pPr>
        <w:spacing w:after="20"/>
      </w:pPr>
    </w:p>
    <w:p w14:paraId="3045FD34" w14:textId="77777777" w:rsidR="00F53D52" w:rsidRDefault="00F53D52">
      <w:pPr>
        <w:spacing w:after="20"/>
      </w:pPr>
    </w:p>
    <w:p w14:paraId="570AD89F" w14:textId="77777777" w:rsidR="00F53D52" w:rsidRDefault="00F53D52">
      <w:pPr>
        <w:spacing w:after="20"/>
      </w:pPr>
    </w:p>
    <w:p w14:paraId="6DDAABAE" w14:textId="77777777" w:rsidR="00F53D52" w:rsidRDefault="00F53D52">
      <w:pPr>
        <w:spacing w:after="20"/>
      </w:pPr>
    </w:p>
    <w:p w14:paraId="072D4B01" w14:textId="77777777" w:rsidR="00F53D52" w:rsidRDefault="00F53D52">
      <w:pPr>
        <w:spacing w:after="20"/>
      </w:pPr>
    </w:p>
    <w:p w14:paraId="60F0EB46" w14:textId="77777777" w:rsidR="00F53D52" w:rsidRDefault="00F53D52">
      <w:pPr>
        <w:spacing w:after="20"/>
      </w:pPr>
    </w:p>
    <w:p w14:paraId="3AD83315" w14:textId="77777777" w:rsidR="00F53D52" w:rsidRDefault="00F53D52">
      <w:pPr>
        <w:spacing w:after="20"/>
      </w:pPr>
    </w:p>
    <w:p w14:paraId="2C3B51C5" w14:textId="77777777" w:rsidR="00F53D52" w:rsidRDefault="00F53D52">
      <w:pPr>
        <w:spacing w:after="20"/>
      </w:pPr>
    </w:p>
    <w:p w14:paraId="362318AA" w14:textId="77777777" w:rsidR="00F53D52" w:rsidRDefault="00F53D52">
      <w:pPr>
        <w:spacing w:after="20"/>
      </w:pPr>
    </w:p>
    <w:p w14:paraId="7868D81E" w14:textId="77777777" w:rsidR="00F53D52" w:rsidRDefault="00F53D52">
      <w:pPr>
        <w:spacing w:after="20"/>
      </w:pPr>
    </w:p>
    <w:p w14:paraId="200D14DB" w14:textId="77777777" w:rsidR="00F53D52" w:rsidRDefault="00F53D52">
      <w:pPr>
        <w:spacing w:after="20"/>
      </w:pPr>
    </w:p>
    <w:p w14:paraId="7A21D2A7" w14:textId="77777777" w:rsidR="00F53D52" w:rsidRDefault="00F53D52">
      <w:pPr>
        <w:spacing w:after="20"/>
      </w:pPr>
    </w:p>
    <w:p w14:paraId="28E19C85" w14:textId="77777777" w:rsidR="00F53D52" w:rsidRDefault="00F53D52">
      <w:pPr>
        <w:spacing w:after="20"/>
      </w:pPr>
    </w:p>
    <w:p w14:paraId="5E77112C" w14:textId="77777777" w:rsidR="00F53D52" w:rsidRDefault="00F53D52">
      <w:pPr>
        <w:spacing w:after="20"/>
      </w:pPr>
    </w:p>
    <w:p w14:paraId="165C52B5" w14:textId="77777777" w:rsidR="00F53D52" w:rsidRDefault="00F53D52">
      <w:pPr>
        <w:spacing w:after="20"/>
      </w:pPr>
    </w:p>
    <w:p w14:paraId="46C8F366" w14:textId="77777777" w:rsidR="00F53D52" w:rsidRDefault="00F53D52">
      <w:pPr>
        <w:spacing w:after="20"/>
      </w:pPr>
    </w:p>
    <w:p w14:paraId="5DFD43B9" w14:textId="77777777" w:rsidR="00F53D52" w:rsidRDefault="00F53D52">
      <w:pPr>
        <w:spacing w:after="20"/>
      </w:pPr>
    </w:p>
    <w:p w14:paraId="45193B90" w14:textId="77777777" w:rsidR="00F53D52" w:rsidRDefault="00F53D52">
      <w:pPr>
        <w:spacing w:after="20"/>
      </w:pPr>
    </w:p>
    <w:p w14:paraId="77868703" w14:textId="77777777" w:rsidR="00F53D52" w:rsidRDefault="00F53D52">
      <w:pPr>
        <w:spacing w:after="20"/>
      </w:pPr>
    </w:p>
    <w:p w14:paraId="4FE7E58C" w14:textId="77777777" w:rsidR="00F53D52" w:rsidRDefault="00F53D52">
      <w:pPr>
        <w:spacing w:after="20"/>
      </w:pPr>
    </w:p>
    <w:p w14:paraId="479A7ADF" w14:textId="77777777" w:rsidR="00F53D52" w:rsidRDefault="00F53D52">
      <w:pPr>
        <w:spacing w:after="20"/>
      </w:pPr>
    </w:p>
    <w:p w14:paraId="2513A7FD" w14:textId="77777777" w:rsidR="00F53D52" w:rsidRDefault="00F53D52">
      <w:pPr>
        <w:spacing w:after="20"/>
      </w:pPr>
    </w:p>
    <w:p w14:paraId="39463B76" w14:textId="77777777" w:rsidR="00F53D52" w:rsidRDefault="00F53D52">
      <w:pPr>
        <w:spacing w:after="20"/>
      </w:pPr>
    </w:p>
    <w:p w14:paraId="557B9CE8" w14:textId="77777777" w:rsidR="00F53D52" w:rsidRDefault="00F53D52">
      <w:pPr>
        <w:spacing w:after="20"/>
      </w:pPr>
    </w:p>
    <w:p w14:paraId="1D7A7836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15. Postanowienia końcowe</w:t>
      </w:r>
    </w:p>
    <w:p w14:paraId="7E627AC4" w14:textId="77777777" w:rsidR="00366799" w:rsidRDefault="00000000" w:rsidP="00997C0E">
      <w:pPr>
        <w:jc w:val="both"/>
      </w:pPr>
      <w:r>
        <w:rPr>
          <w:rFonts w:eastAsia="Arial"/>
        </w:rPr>
        <w:t>1. Standardy w zaktualizowanym brzmieniu wchodzą w życie z dniem wskazanym w zarządzeniu wprowadzającym aktualizację.</w:t>
      </w:r>
    </w:p>
    <w:p w14:paraId="230CB887" w14:textId="1E5DE319" w:rsidR="00366799" w:rsidRDefault="00000000" w:rsidP="00997C0E">
      <w:pPr>
        <w:jc w:val="both"/>
      </w:pPr>
      <w:r>
        <w:rPr>
          <w:rFonts w:eastAsia="Arial"/>
        </w:rPr>
        <w:t xml:space="preserve">2. </w:t>
      </w:r>
      <w:proofErr w:type="spellStart"/>
      <w:r>
        <w:rPr>
          <w:rFonts w:eastAsia="Arial"/>
        </w:rPr>
        <w:t>Każda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osoba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wykonująca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zadania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związane</w:t>
      </w:r>
      <w:proofErr w:type="spellEnd"/>
      <w:r>
        <w:rPr>
          <w:rFonts w:eastAsia="Arial"/>
        </w:rPr>
        <w:t xml:space="preserve"> z </w:t>
      </w:r>
      <w:proofErr w:type="spellStart"/>
      <w:r>
        <w:rPr>
          <w:rFonts w:eastAsia="Arial"/>
        </w:rPr>
        <w:t>dziećmi</w:t>
      </w:r>
      <w:proofErr w:type="spellEnd"/>
      <w:r>
        <w:rPr>
          <w:rFonts w:eastAsia="Arial"/>
        </w:rPr>
        <w:t xml:space="preserve"> ma </w:t>
      </w:r>
      <w:proofErr w:type="spellStart"/>
      <w:r>
        <w:rPr>
          <w:rFonts w:eastAsia="Arial"/>
        </w:rPr>
        <w:t>obowiązek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stosowania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Standardów</w:t>
      </w:r>
      <w:proofErr w:type="spellEnd"/>
      <w:r>
        <w:rPr>
          <w:rFonts w:eastAsia="Arial"/>
        </w:rPr>
        <w:t xml:space="preserve"> </w:t>
      </w:r>
      <w:r w:rsidR="00997C0E">
        <w:rPr>
          <w:rFonts w:eastAsia="Arial"/>
        </w:rPr>
        <w:br/>
      </w:r>
      <w:r>
        <w:rPr>
          <w:rFonts w:eastAsia="Arial"/>
        </w:rPr>
        <w:t xml:space="preserve">w </w:t>
      </w:r>
      <w:proofErr w:type="spellStart"/>
      <w:r>
        <w:rPr>
          <w:rFonts w:eastAsia="Arial"/>
        </w:rPr>
        <w:t>zakresie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dotyczącym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jej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pracy</w:t>
      </w:r>
      <w:proofErr w:type="spellEnd"/>
      <w:r>
        <w:rPr>
          <w:rFonts w:eastAsia="Arial"/>
        </w:rPr>
        <w:t xml:space="preserve"> lub działalności.</w:t>
      </w:r>
    </w:p>
    <w:p w14:paraId="3A0FC851" w14:textId="77777777" w:rsidR="00366799" w:rsidRDefault="00000000" w:rsidP="00997C0E">
      <w:pPr>
        <w:jc w:val="both"/>
      </w:pPr>
      <w:r>
        <w:rPr>
          <w:rFonts w:eastAsia="Arial"/>
        </w:rPr>
        <w:t>3. W sprawach nieuregulowanych w Standardach stosuje się obowiązujące przepisy prawa oraz – jeżeli są zgodne ze Standardami – inne procedury wewnętrzne Placówki.</w:t>
      </w:r>
    </w:p>
    <w:p w14:paraId="0A84AAE3" w14:textId="77777777" w:rsidR="00366799" w:rsidRDefault="00366799" w:rsidP="00997C0E">
      <w:pPr>
        <w:jc w:val="both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4535"/>
        <w:gridCol w:w="4535"/>
      </w:tblGrid>
      <w:tr w:rsidR="00997C0E" w14:paraId="0A491524" w14:textId="48782E52" w:rsidTr="00997C0E">
        <w:trPr>
          <w:jc w:val="center"/>
        </w:trPr>
        <w:tc>
          <w:tcPr>
            <w:tcW w:w="4535" w:type="dxa"/>
          </w:tcPr>
          <w:p w14:paraId="1E9C89AE" w14:textId="69F1888C" w:rsidR="00997C0E" w:rsidRDefault="00997C0E">
            <w:pPr>
              <w:jc w:val="center"/>
            </w:pPr>
            <w:r>
              <w:rPr>
                <w:rFonts w:eastAsia="Arial"/>
                <w:sz w:val="19"/>
              </w:rPr>
              <w:t xml:space="preserve">                            .................................................</w:t>
            </w:r>
            <w:r>
              <w:rPr>
                <w:rFonts w:eastAsia="Arial"/>
                <w:sz w:val="19"/>
              </w:rPr>
              <w:br/>
              <w:t xml:space="preserve">                              (data i podpis Dyrektora)</w:t>
            </w:r>
            <w:r>
              <w:rPr>
                <w:rFonts w:eastAsia="Arial"/>
                <w:sz w:val="19"/>
              </w:rPr>
              <w:br/>
            </w:r>
          </w:p>
        </w:tc>
        <w:tc>
          <w:tcPr>
            <w:tcW w:w="4535" w:type="dxa"/>
          </w:tcPr>
          <w:p w14:paraId="765A8910" w14:textId="628D21E0" w:rsidR="00997C0E" w:rsidRDefault="00997C0E">
            <w:pPr>
              <w:jc w:val="center"/>
            </w:pPr>
            <w:r>
              <w:rPr>
                <w:rFonts w:eastAsia="Arial"/>
                <w:sz w:val="19"/>
              </w:rPr>
              <w:t xml:space="preserve">                                                                                                 ...................................................</w:t>
            </w:r>
            <w:r>
              <w:rPr>
                <w:rFonts w:eastAsia="Arial"/>
                <w:sz w:val="19"/>
              </w:rPr>
              <w:br/>
              <w:t xml:space="preserve">                        (</w:t>
            </w:r>
            <w:proofErr w:type="spellStart"/>
            <w:r>
              <w:rPr>
                <w:rFonts w:eastAsia="Arial"/>
                <w:sz w:val="19"/>
              </w:rPr>
              <w:t>pieczęć</w:t>
            </w:r>
            <w:proofErr w:type="spellEnd"/>
            <w:r>
              <w:rPr>
                <w:rFonts w:eastAsia="Arial"/>
                <w:sz w:val="19"/>
              </w:rPr>
              <w:t xml:space="preserve"> </w:t>
            </w:r>
            <w:proofErr w:type="spellStart"/>
            <w:r>
              <w:rPr>
                <w:rFonts w:eastAsia="Arial"/>
                <w:sz w:val="19"/>
              </w:rPr>
              <w:t>Placówki</w:t>
            </w:r>
            <w:proofErr w:type="spellEnd"/>
            <w:r>
              <w:rPr>
                <w:rFonts w:eastAsia="Arial"/>
                <w:sz w:val="19"/>
              </w:rPr>
              <w:t>)</w:t>
            </w:r>
            <w:r>
              <w:rPr>
                <w:rFonts w:eastAsia="Arial"/>
                <w:sz w:val="19"/>
              </w:rPr>
              <w:br/>
            </w:r>
          </w:p>
        </w:tc>
        <w:tc>
          <w:tcPr>
            <w:tcW w:w="4535" w:type="dxa"/>
          </w:tcPr>
          <w:p w14:paraId="4595C972" w14:textId="77777777" w:rsidR="00997C0E" w:rsidRDefault="00997C0E">
            <w:pPr>
              <w:jc w:val="center"/>
              <w:rPr>
                <w:rFonts w:eastAsia="Arial"/>
                <w:sz w:val="19"/>
              </w:rPr>
            </w:pPr>
          </w:p>
        </w:tc>
      </w:tr>
    </w:tbl>
    <w:p w14:paraId="30BCAFF7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16. Historia zmian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701"/>
        <w:gridCol w:w="4535"/>
        <w:gridCol w:w="1701"/>
      </w:tblGrid>
      <w:tr w:rsidR="00366799" w14:paraId="0DBAA873" w14:textId="77777777">
        <w:trPr>
          <w:tblHeader/>
          <w:jc w:val="center"/>
        </w:trPr>
        <w:tc>
          <w:tcPr>
            <w:tcW w:w="113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75ED0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Wersja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D215D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Data</w:t>
            </w:r>
          </w:p>
        </w:tc>
        <w:tc>
          <w:tcPr>
            <w:tcW w:w="45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5B16C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Opis zmiany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43E66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Osoba zatwierdzająca</w:t>
            </w:r>
          </w:p>
        </w:tc>
      </w:tr>
      <w:tr w:rsidR="00366799" w14:paraId="6572EB91" w14:textId="77777777">
        <w:trPr>
          <w:jc w:val="center"/>
        </w:trPr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DCEBA4" w14:textId="77777777" w:rsidR="00366799" w:rsidRDefault="00000000">
            <w:r>
              <w:rPr>
                <w:rFonts w:eastAsia="Arial"/>
                <w:sz w:val="17"/>
              </w:rPr>
              <w:t>1.00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48BE54" w14:textId="77777777" w:rsidR="00366799" w:rsidRDefault="00000000">
            <w:r>
              <w:rPr>
                <w:rFonts w:eastAsia="Arial"/>
                <w:sz w:val="17"/>
              </w:rPr>
              <w:t>15.02.2024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A8EDB" w14:textId="77777777" w:rsidR="00366799" w:rsidRDefault="00000000">
            <w:r>
              <w:rPr>
                <w:rFonts w:eastAsia="Arial"/>
                <w:sz w:val="17"/>
              </w:rPr>
              <w:t>Wprowadzenie Standardów Ochrony Małoletnich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74871" w14:textId="77777777" w:rsidR="00366799" w:rsidRDefault="00000000">
            <w:r>
              <w:rPr>
                <w:rFonts w:eastAsia="Arial"/>
                <w:sz w:val="17"/>
              </w:rPr>
              <w:t>Dyrektor</w:t>
            </w:r>
          </w:p>
        </w:tc>
      </w:tr>
      <w:tr w:rsidR="00366799" w14:paraId="3C4AB9AC" w14:textId="77777777">
        <w:trPr>
          <w:jc w:val="center"/>
        </w:trPr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415B0" w14:textId="77777777" w:rsidR="00366799" w:rsidRDefault="00000000">
            <w:r>
              <w:rPr>
                <w:rFonts w:eastAsia="Arial"/>
                <w:sz w:val="17"/>
              </w:rPr>
              <w:t>2.00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0A5A6" w14:textId="02404C99" w:rsidR="00366799" w:rsidRDefault="00F53D52">
            <w:r>
              <w:rPr>
                <w:rFonts w:eastAsia="Arial"/>
                <w:sz w:val="17"/>
              </w:rPr>
              <w:t>18.08.</w:t>
            </w:r>
            <w:r w:rsidR="00000000">
              <w:rPr>
                <w:rFonts w:eastAsia="Arial"/>
                <w:sz w:val="17"/>
              </w:rPr>
              <w:t xml:space="preserve"> 2026</w:t>
            </w:r>
          </w:p>
        </w:tc>
        <w:tc>
          <w:tcPr>
            <w:tcW w:w="45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5FD1A7" w14:textId="77777777" w:rsidR="00366799" w:rsidRDefault="00000000">
            <w:r>
              <w:rPr>
                <w:rFonts w:eastAsia="Arial"/>
                <w:sz w:val="17"/>
              </w:rPr>
              <w:t>Kompleksowa aktualizacja: dostosowanie do żłobka, stan prawny 2026, Internet, dokumentowanie przygotowania personelu, ocena co 2 lata, wersja skrócona, korekty procedur interwencji i załączników</w:t>
            </w:r>
          </w:p>
        </w:tc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FAF9B7" w14:textId="77777777" w:rsidR="00366799" w:rsidRDefault="00000000">
            <w:r>
              <w:rPr>
                <w:rFonts w:eastAsia="Arial"/>
                <w:sz w:val="17"/>
              </w:rPr>
              <w:t>Dyrektor</w:t>
            </w:r>
          </w:p>
        </w:tc>
      </w:tr>
    </w:tbl>
    <w:p w14:paraId="19C1CD4F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t>17. Wykaz załączników</w:t>
      </w:r>
    </w:p>
    <w:p w14:paraId="3AEE10AA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1 – Dane do weryfikacji w Rejestrze Sprawców Przestępstw na Tle Seksualnym.</w:t>
      </w:r>
    </w:p>
    <w:p w14:paraId="5A020FBD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2 – Oświadczenie o państwie/państwach zamieszkania w ciągu ostatnich 20 lat.</w:t>
      </w:r>
    </w:p>
    <w:p w14:paraId="1C22B887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3 – Oświadczenie personelu o zapoznaniu się ze Standardami.</w:t>
      </w:r>
    </w:p>
    <w:p w14:paraId="7B0DD7F9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4 – Karta Interwencji.</w:t>
      </w:r>
    </w:p>
    <w:p w14:paraId="5D236FDB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5 – Plan wsparcia dziecka.</w:t>
      </w:r>
    </w:p>
    <w:p w14:paraId="3386FCE6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6 – Rejestr zgłoszeń/incydentów i propozycji zmian SOM.</w:t>
      </w:r>
    </w:p>
    <w:p w14:paraId="5CA0E350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7 – Protokół okresowej oceny Standardów.</w:t>
      </w:r>
    </w:p>
    <w:p w14:paraId="233D5326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8 – Karta przygotowania/szkolenia personelu do stosowania SOM.</w:t>
      </w:r>
    </w:p>
    <w:p w14:paraId="02AB9F8B" w14:textId="77777777" w:rsidR="00366799" w:rsidRDefault="00000000">
      <w:pPr>
        <w:pStyle w:val="Listapunktowana"/>
        <w:ind w:left="198" w:firstLine="0"/>
      </w:pPr>
      <w:r>
        <w:rPr>
          <w:rFonts w:eastAsia="Arial"/>
          <w:sz w:val="20"/>
        </w:rPr>
        <w:t>Załącznik nr 9 – Wersja skrócona Standardów przeznaczona dla dzieci.</w:t>
      </w:r>
    </w:p>
    <w:p w14:paraId="0D143698" w14:textId="77777777" w:rsidR="00366799" w:rsidRDefault="00000000">
      <w:r>
        <w:br w:type="page"/>
      </w:r>
    </w:p>
    <w:p w14:paraId="5B7F274E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1 – Dane do weryfikacji w Rejestrze Sprawców Przestępstw na Tle Seksualnym</w:t>
      </w:r>
    </w:p>
    <w:p w14:paraId="3813D41D" w14:textId="77777777" w:rsidR="00366799" w:rsidRDefault="00000000">
      <w:pPr>
        <w:pStyle w:val="Smallnote"/>
      </w:pPr>
      <w:r>
        <w:rPr>
          <w:rFonts w:eastAsia="Arial"/>
        </w:rPr>
        <w:t>Dane są zbierane wyłącznie w zakresie niezbędnym do wykonania obowiązku ustawowego. Jeżeli Placówka posiada aktualne dane z innego legalnego źródła, nie należy żądać ich ponownie bez potrzeby.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66799" w14:paraId="1C8B5FA4" w14:textId="77777777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BD1F98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Dane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1F9DC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9"/>
              </w:rPr>
              <w:t>Wartość</w:t>
            </w:r>
          </w:p>
        </w:tc>
      </w:tr>
      <w:tr w:rsidR="00366799" w14:paraId="71DEF8B9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E0CD94" w14:textId="77777777" w:rsidR="00366799" w:rsidRDefault="00000000">
            <w:r>
              <w:rPr>
                <w:rFonts w:eastAsia="Arial"/>
                <w:sz w:val="19"/>
              </w:rPr>
              <w:t>PESEL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3B66AE" w14:textId="77777777" w:rsidR="00366799" w:rsidRDefault="00366799"/>
        </w:tc>
      </w:tr>
      <w:tr w:rsidR="00366799" w14:paraId="65267470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8D768" w14:textId="77777777" w:rsidR="00366799" w:rsidRDefault="00000000">
            <w:r>
              <w:rPr>
                <w:rFonts w:eastAsia="Arial"/>
                <w:sz w:val="19"/>
              </w:rPr>
              <w:t>Pierwsze imię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6C708C" w14:textId="77777777" w:rsidR="00366799" w:rsidRDefault="00366799"/>
        </w:tc>
      </w:tr>
      <w:tr w:rsidR="00366799" w14:paraId="5F72AF18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DD4C4" w14:textId="77777777" w:rsidR="00366799" w:rsidRDefault="00000000">
            <w:r>
              <w:rPr>
                <w:rFonts w:eastAsia="Arial"/>
                <w:sz w:val="19"/>
              </w:rPr>
              <w:t>Nazwisko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82225" w14:textId="77777777" w:rsidR="00366799" w:rsidRDefault="00366799"/>
        </w:tc>
      </w:tr>
      <w:tr w:rsidR="00366799" w14:paraId="18CF8C3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41AC3" w14:textId="77777777" w:rsidR="00366799" w:rsidRDefault="00000000">
            <w:r>
              <w:rPr>
                <w:rFonts w:eastAsia="Arial"/>
                <w:sz w:val="19"/>
              </w:rPr>
              <w:t>Nazwisko rodowe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738C06" w14:textId="77777777" w:rsidR="00366799" w:rsidRDefault="00366799"/>
        </w:tc>
      </w:tr>
      <w:tr w:rsidR="00366799" w14:paraId="20581511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2B8C6" w14:textId="77777777" w:rsidR="00366799" w:rsidRDefault="00000000">
            <w:r>
              <w:rPr>
                <w:rFonts w:eastAsia="Arial"/>
                <w:sz w:val="19"/>
              </w:rPr>
              <w:t>Imię ojca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776DF" w14:textId="77777777" w:rsidR="00366799" w:rsidRDefault="00366799"/>
        </w:tc>
      </w:tr>
      <w:tr w:rsidR="00366799" w14:paraId="65F4949F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2CEEA9" w14:textId="77777777" w:rsidR="00366799" w:rsidRDefault="00000000">
            <w:r>
              <w:rPr>
                <w:rFonts w:eastAsia="Arial"/>
                <w:sz w:val="19"/>
              </w:rPr>
              <w:t>Imię matki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CC028" w14:textId="77777777" w:rsidR="00366799" w:rsidRDefault="00366799"/>
        </w:tc>
      </w:tr>
      <w:tr w:rsidR="00366799" w14:paraId="5063C364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68CA6" w14:textId="77777777" w:rsidR="00366799" w:rsidRDefault="00000000">
            <w:r>
              <w:rPr>
                <w:rFonts w:eastAsia="Arial"/>
                <w:sz w:val="19"/>
              </w:rPr>
              <w:t>Data urodzenia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EA3ED" w14:textId="77777777" w:rsidR="00366799" w:rsidRDefault="00366799"/>
        </w:tc>
      </w:tr>
    </w:tbl>
    <w:p w14:paraId="1E4BBCC1" w14:textId="77777777" w:rsidR="00366799" w:rsidRDefault="00000000">
      <w:r>
        <w:rPr>
          <w:rFonts w:eastAsia="Arial"/>
        </w:rPr>
        <w:t>Oświadczam, że podane dane są prawdziwe i aktualne.</w:t>
      </w:r>
    </w:p>
    <w:p w14:paraId="5A950164" w14:textId="77777777" w:rsidR="00366799" w:rsidRDefault="00000000">
      <w:r>
        <w:rPr>
          <w:rFonts w:eastAsia="Arial"/>
        </w:rPr>
        <w:t>Miejscowość i data: ........................................................</w:t>
      </w:r>
    </w:p>
    <w:p w14:paraId="21634BE5" w14:textId="77777777" w:rsidR="00366799" w:rsidRDefault="00000000">
      <w:r>
        <w:rPr>
          <w:rFonts w:eastAsia="Arial"/>
        </w:rPr>
        <w:t>Czytelny podpis: ........................................................</w:t>
      </w:r>
    </w:p>
    <w:p w14:paraId="79635F9D" w14:textId="77777777" w:rsidR="00366799" w:rsidRDefault="00000000">
      <w:r>
        <w:br w:type="page"/>
      </w:r>
    </w:p>
    <w:p w14:paraId="7457F88D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2 – Oświadczenie o państwie/państwach zamieszkania w ciągu ostatnich 20 lat</w:t>
      </w:r>
    </w:p>
    <w:p w14:paraId="6DE7366D" w14:textId="77777777" w:rsidR="00366799" w:rsidRDefault="00000000">
      <w:r>
        <w:rPr>
          <w:rFonts w:eastAsia="Arial"/>
        </w:rPr>
        <w:t>Ja, niżej podpisany/a ........................................................................................................, PESEL ........................................................, oświadczam, że w ciągu ostatnich 20 lat: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937"/>
        <w:gridCol w:w="1134"/>
      </w:tblGrid>
      <w:tr w:rsidR="00366799" w14:paraId="7BC24460" w14:textId="77777777">
        <w:trPr>
          <w:tblHeader/>
          <w:jc w:val="center"/>
        </w:trPr>
        <w:tc>
          <w:tcPr>
            <w:tcW w:w="793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1FE184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Oświadczenie</w:t>
            </w:r>
          </w:p>
        </w:tc>
        <w:tc>
          <w:tcPr>
            <w:tcW w:w="113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B70C7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Zaznacz</w:t>
            </w:r>
          </w:p>
        </w:tc>
      </w:tr>
      <w:tr w:rsidR="00366799" w14:paraId="0B7D27DD" w14:textId="77777777">
        <w:trPr>
          <w:jc w:val="center"/>
        </w:trPr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61F05" w14:textId="77777777" w:rsidR="00366799" w:rsidRDefault="00000000">
            <w:r>
              <w:rPr>
                <w:rFonts w:eastAsia="Arial"/>
                <w:sz w:val="18"/>
              </w:rPr>
              <w:t>nie zamieszkiwałem/am w państwach innych niż Rzeczpospolita Polska i państwo mojego obywatelstwa</w:t>
            </w:r>
          </w:p>
        </w:tc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0DE4D" w14:textId="77777777" w:rsidR="00366799" w:rsidRDefault="00000000">
            <w:r>
              <w:rPr>
                <w:rFonts w:eastAsia="Arial"/>
                <w:sz w:val="18"/>
              </w:rPr>
              <w:t>□</w:t>
            </w:r>
          </w:p>
        </w:tc>
      </w:tr>
      <w:tr w:rsidR="00366799" w14:paraId="40428DF9" w14:textId="77777777">
        <w:trPr>
          <w:jc w:val="center"/>
        </w:trPr>
        <w:tc>
          <w:tcPr>
            <w:tcW w:w="793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EEE60" w14:textId="77777777" w:rsidR="00366799" w:rsidRDefault="00000000">
            <w:r>
              <w:rPr>
                <w:rFonts w:eastAsia="Arial"/>
                <w:sz w:val="18"/>
              </w:rPr>
              <w:t>zamieszkiwałem/am w następujących państwach innych niż Rzeczpospolita Polska i państwo mojego obywatelstwa: ........................................................................................................................</w:t>
            </w:r>
          </w:p>
        </w:tc>
        <w:tc>
          <w:tcPr>
            <w:tcW w:w="11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BAF58" w14:textId="77777777" w:rsidR="00366799" w:rsidRDefault="00000000">
            <w:r>
              <w:rPr>
                <w:rFonts w:eastAsia="Arial"/>
                <w:sz w:val="18"/>
              </w:rPr>
              <w:t>□</w:t>
            </w:r>
          </w:p>
        </w:tc>
      </w:tr>
    </w:tbl>
    <w:p w14:paraId="544D5C7A" w14:textId="77777777" w:rsidR="00366799" w:rsidRDefault="00000000">
      <w:r>
        <w:rPr>
          <w:rFonts w:eastAsia="Arial"/>
        </w:rPr>
        <w:t xml:space="preserve">W </w:t>
      </w:r>
      <w:proofErr w:type="spellStart"/>
      <w:r>
        <w:rPr>
          <w:rFonts w:eastAsia="Arial"/>
        </w:rPr>
        <w:t>przypadku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wskazania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państwa</w:t>
      </w:r>
      <w:proofErr w:type="spellEnd"/>
      <w:r>
        <w:rPr>
          <w:rFonts w:eastAsia="Arial"/>
        </w:rPr>
        <w:t>/</w:t>
      </w:r>
      <w:proofErr w:type="spellStart"/>
      <w:r>
        <w:rPr>
          <w:rFonts w:eastAsia="Arial"/>
        </w:rPr>
        <w:t>państw</w:t>
      </w:r>
      <w:proofErr w:type="spellEnd"/>
      <w:r>
        <w:rPr>
          <w:rFonts w:eastAsia="Arial"/>
        </w:rPr>
        <w:t xml:space="preserve"> zobowiązuję się przedłożyć informacje lub oświadczenia wymagane art. 21 ustawy o przeciwdziałaniu zagrożeniom przestępczością na tle seksualnym i ochronie małoletnich.</w:t>
      </w:r>
    </w:p>
    <w:p w14:paraId="36E1980D" w14:textId="77777777" w:rsidR="00366799" w:rsidRDefault="00000000">
      <w:r>
        <w:rPr>
          <w:rFonts w:eastAsia="Arial"/>
        </w:rPr>
        <w:t>Jestem świadomy/a odpowiedzialności karnej za złożenie fałszywego oświadczenia.</w:t>
      </w:r>
    </w:p>
    <w:p w14:paraId="0792FB80" w14:textId="77777777" w:rsidR="00366799" w:rsidRDefault="00000000">
      <w:r>
        <w:rPr>
          <w:rFonts w:eastAsia="Arial"/>
        </w:rPr>
        <w:t>Miejscowość i data: ........................................................</w:t>
      </w:r>
    </w:p>
    <w:p w14:paraId="2CC709A2" w14:textId="77777777" w:rsidR="00366799" w:rsidRDefault="00000000">
      <w:r>
        <w:rPr>
          <w:rFonts w:eastAsia="Arial"/>
        </w:rPr>
        <w:t>Czytelny podpis: ........................................................</w:t>
      </w:r>
    </w:p>
    <w:p w14:paraId="6AC9652A" w14:textId="77777777" w:rsidR="00366799" w:rsidRDefault="00000000">
      <w:r>
        <w:br w:type="page"/>
      </w:r>
    </w:p>
    <w:p w14:paraId="4B3AE9E1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3 – Oświadczenie personelu o zapoznaniu się ze Standardami</w:t>
      </w:r>
    </w:p>
    <w:p w14:paraId="2E2B2CB0" w14:textId="77777777" w:rsidR="00366799" w:rsidRDefault="00000000">
      <w:r>
        <w:rPr>
          <w:rFonts w:eastAsia="Arial"/>
        </w:rPr>
        <w:t>Ja, niżej podpisany/a ........................................................................................................, stanowisko / rodzaj współpracy ........................................................................................................, oświadczam, że zapoznałem/am się ze Standardami Ochrony Małoletnich obowiązującymi w Kucykowym Żłobku, Smolice 23C, 95-010 Stryków, rozumiem wynikające z nich obowiązki i zobowiązuję się do ich przestrzegania, w szczególności do niezwłocznego zgłaszania sytuacji mogących zagrażać bezpieczeństwu lub dobru dziecka.</w:t>
      </w:r>
    </w:p>
    <w:p w14:paraId="495E2E82" w14:textId="77777777" w:rsidR="00366799" w:rsidRDefault="00000000">
      <w:r>
        <w:rPr>
          <w:rFonts w:eastAsia="Arial"/>
        </w:rPr>
        <w:t>Miejscowość i data: ........................................................</w:t>
      </w:r>
    </w:p>
    <w:p w14:paraId="3D2B1183" w14:textId="77777777" w:rsidR="00366799" w:rsidRDefault="00000000">
      <w:r>
        <w:rPr>
          <w:rFonts w:eastAsia="Arial"/>
        </w:rPr>
        <w:t>Czytelny podpis: ........................................................</w:t>
      </w:r>
    </w:p>
    <w:p w14:paraId="384B91BA" w14:textId="77777777" w:rsidR="00366799" w:rsidRDefault="00000000">
      <w:r>
        <w:br w:type="page"/>
      </w:r>
    </w:p>
    <w:p w14:paraId="46225CD2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4 – Karta Interwencji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66799" w14:paraId="433E29B2" w14:textId="77777777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FAC5F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Pole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948850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Opis / ustalenia</w:t>
            </w:r>
          </w:p>
        </w:tc>
      </w:tr>
      <w:tr w:rsidR="00366799" w14:paraId="4E9144BA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D27A30" w14:textId="77777777" w:rsidR="00366799" w:rsidRDefault="00000000">
            <w:r>
              <w:rPr>
                <w:rFonts w:eastAsia="Arial"/>
                <w:sz w:val="17"/>
              </w:rPr>
              <w:t>Imię i nazwisko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66C31" w14:textId="77777777" w:rsidR="00366799" w:rsidRDefault="00366799"/>
        </w:tc>
      </w:tr>
      <w:tr w:rsidR="00366799" w14:paraId="02157119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84DD" w14:textId="77777777" w:rsidR="00366799" w:rsidRDefault="00000000">
            <w:r>
              <w:rPr>
                <w:rFonts w:eastAsia="Arial"/>
                <w:sz w:val="17"/>
              </w:rPr>
              <w:t>Data i godzina zgłoszenia / ujawnienia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23DE57" w14:textId="77777777" w:rsidR="00366799" w:rsidRDefault="00366799"/>
        </w:tc>
      </w:tr>
      <w:tr w:rsidR="00366799" w14:paraId="250E3FEC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0761F" w14:textId="77777777" w:rsidR="00366799" w:rsidRDefault="00000000">
            <w:r>
              <w:rPr>
                <w:rFonts w:eastAsia="Arial"/>
                <w:sz w:val="17"/>
              </w:rPr>
              <w:t>Osoba zgłaszająca / źródło informacji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032EC" w14:textId="77777777" w:rsidR="00366799" w:rsidRDefault="00366799"/>
        </w:tc>
      </w:tr>
      <w:tr w:rsidR="00366799" w14:paraId="105F93A5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B7142B" w14:textId="77777777" w:rsidR="00366799" w:rsidRDefault="00000000">
            <w:r>
              <w:rPr>
                <w:rFonts w:eastAsia="Arial"/>
                <w:sz w:val="17"/>
              </w:rPr>
              <w:t>Opis zdarzenia / powód interwencji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8D8622" w14:textId="77777777" w:rsidR="00366799" w:rsidRDefault="00366799"/>
        </w:tc>
      </w:tr>
      <w:tr w:rsidR="00366799" w14:paraId="1202F5A7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AFCF19" w14:textId="77777777" w:rsidR="00366799" w:rsidRDefault="00000000">
            <w:r>
              <w:rPr>
                <w:rFonts w:eastAsia="Arial"/>
                <w:sz w:val="17"/>
              </w:rPr>
              <w:t>Zaobserwowane objawy, obrażenia lub zachowania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8C7BA" w14:textId="77777777" w:rsidR="00366799" w:rsidRDefault="00366799"/>
        </w:tc>
      </w:tr>
      <w:tr w:rsidR="00366799" w14:paraId="107FA1B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96BB4C" w14:textId="77777777" w:rsidR="00366799" w:rsidRDefault="00000000">
            <w:r>
              <w:rPr>
                <w:rFonts w:eastAsia="Arial"/>
                <w:sz w:val="17"/>
              </w:rPr>
              <w:t>Działania podjęte dla zapewnienia bezpieczeństwa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9C0BDB" w14:textId="77777777" w:rsidR="00366799" w:rsidRDefault="00366799"/>
        </w:tc>
      </w:tr>
      <w:tr w:rsidR="00366799" w14:paraId="2148E813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B6BBB" w14:textId="77777777" w:rsidR="00366799" w:rsidRDefault="00000000">
            <w:r>
              <w:rPr>
                <w:rFonts w:eastAsia="Arial"/>
                <w:sz w:val="17"/>
              </w:rPr>
              <w:t>Rozmowy przeprowadzone z rodzicami/opiekunami – data, osoby, najważniejsze ustalenia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0A9A5" w14:textId="77777777" w:rsidR="00366799" w:rsidRDefault="00366799"/>
        </w:tc>
      </w:tr>
      <w:tr w:rsidR="00366799" w14:paraId="0C547A4B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BDF2C" w14:textId="77777777" w:rsidR="00366799" w:rsidRDefault="00000000">
            <w:r>
              <w:rPr>
                <w:rFonts w:eastAsia="Arial"/>
                <w:sz w:val="17"/>
              </w:rPr>
              <w:t>Zawiadomione organy / instytucje – nazwa, data, sposób zawiadomienia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AD4C49" w14:textId="77777777" w:rsidR="00366799" w:rsidRDefault="00366799"/>
        </w:tc>
      </w:tr>
      <w:tr w:rsidR="00366799" w14:paraId="1EEA715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E446B2" w14:textId="77777777" w:rsidR="00366799" w:rsidRDefault="00000000">
            <w:r>
              <w:rPr>
                <w:rFonts w:eastAsia="Arial"/>
                <w:sz w:val="17"/>
              </w:rPr>
              <w:t>Czy opracowano Plan wsparcia?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78DE07" w14:textId="77777777" w:rsidR="00366799" w:rsidRDefault="00000000">
            <w:r>
              <w:rPr>
                <w:rFonts w:eastAsia="Arial"/>
                <w:sz w:val="17"/>
              </w:rPr>
              <w:t>□ tak   □ nie   □ nie dotyczy</w:t>
            </w:r>
          </w:p>
        </w:tc>
      </w:tr>
      <w:tr w:rsidR="00366799" w14:paraId="54977051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0AABF6" w14:textId="77777777" w:rsidR="00366799" w:rsidRDefault="00000000">
            <w:r>
              <w:rPr>
                <w:rFonts w:eastAsia="Arial"/>
                <w:sz w:val="17"/>
              </w:rPr>
              <w:t>Dalsze działania i osoba odpowiedzialna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73CD4A" w14:textId="77777777" w:rsidR="00366799" w:rsidRDefault="00366799"/>
        </w:tc>
      </w:tr>
      <w:tr w:rsidR="00366799" w14:paraId="27B7CFF3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CA493" w14:textId="77777777" w:rsidR="00366799" w:rsidRDefault="00000000">
            <w:r>
              <w:rPr>
                <w:rFonts w:eastAsia="Arial"/>
                <w:sz w:val="17"/>
              </w:rPr>
              <w:t>Data zakończenia / przekazania sprawy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026A60" w14:textId="77777777" w:rsidR="00366799" w:rsidRDefault="00366799"/>
        </w:tc>
      </w:tr>
      <w:tr w:rsidR="00366799" w14:paraId="536E65B3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B1667B" w14:textId="77777777" w:rsidR="00366799" w:rsidRDefault="00000000">
            <w:r>
              <w:rPr>
                <w:rFonts w:eastAsia="Arial"/>
                <w:sz w:val="17"/>
              </w:rPr>
              <w:t>Uwagi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B56848" w14:textId="77777777" w:rsidR="00366799" w:rsidRDefault="00366799"/>
        </w:tc>
      </w:tr>
    </w:tbl>
    <w:p w14:paraId="4D40722C" w14:textId="77777777" w:rsidR="00366799" w:rsidRDefault="00000000">
      <w:r>
        <w:rPr>
          <w:rFonts w:eastAsia="Arial"/>
        </w:rPr>
        <w:t>Podpis osoby sporządzającej: ........................................................</w:t>
      </w:r>
    </w:p>
    <w:p w14:paraId="3C68DC46" w14:textId="77777777" w:rsidR="00366799" w:rsidRDefault="00000000">
      <w:r>
        <w:br w:type="page"/>
      </w:r>
    </w:p>
    <w:p w14:paraId="1DD73E8D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5 – Plan wsparcia dziecka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66799" w14:paraId="7606B72C" w14:textId="77777777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767E2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Element planu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93FF1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Ustalenia</w:t>
            </w:r>
          </w:p>
        </w:tc>
      </w:tr>
      <w:tr w:rsidR="00366799" w14:paraId="213E6055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DFCC8" w14:textId="77777777" w:rsidR="00366799" w:rsidRDefault="00000000">
            <w:r>
              <w:rPr>
                <w:rFonts w:eastAsia="Arial"/>
                <w:sz w:val="17"/>
              </w:rPr>
              <w:t>Imię i nazwisko dziecka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770C6" w14:textId="77777777" w:rsidR="00366799" w:rsidRDefault="00366799"/>
        </w:tc>
      </w:tr>
      <w:tr w:rsidR="00366799" w14:paraId="635D8DA8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024EDA" w14:textId="77777777" w:rsidR="00366799" w:rsidRDefault="00000000">
            <w:r>
              <w:rPr>
                <w:rFonts w:eastAsia="Arial"/>
                <w:sz w:val="17"/>
              </w:rPr>
              <w:t>Data sporządzenia planu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80752" w14:textId="77777777" w:rsidR="00366799" w:rsidRDefault="00366799"/>
        </w:tc>
      </w:tr>
      <w:tr w:rsidR="00366799" w14:paraId="48B05FBE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06111" w14:textId="77777777" w:rsidR="00366799" w:rsidRDefault="00000000">
            <w:r>
              <w:rPr>
                <w:rFonts w:eastAsia="Arial"/>
                <w:sz w:val="17"/>
              </w:rPr>
              <w:t>Osoby opracowujące plan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891DB" w14:textId="77777777" w:rsidR="00366799" w:rsidRDefault="00366799"/>
        </w:tc>
      </w:tr>
      <w:tr w:rsidR="00366799" w14:paraId="6DF7597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5C60E" w14:textId="77777777" w:rsidR="00366799" w:rsidRDefault="00000000">
            <w:r>
              <w:rPr>
                <w:rFonts w:eastAsia="Arial"/>
                <w:sz w:val="17"/>
              </w:rPr>
              <w:t>Rozpoznane potrzeby i czynniki ryzyka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9BCC3F" w14:textId="77777777" w:rsidR="00366799" w:rsidRDefault="00366799"/>
        </w:tc>
      </w:tr>
      <w:tr w:rsidR="00366799" w14:paraId="5FD0F93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FF622" w14:textId="77777777" w:rsidR="00366799" w:rsidRDefault="00000000">
            <w:r>
              <w:rPr>
                <w:rFonts w:eastAsia="Arial"/>
                <w:sz w:val="17"/>
              </w:rPr>
              <w:t>Cel wsparcia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25057" w14:textId="77777777" w:rsidR="00366799" w:rsidRDefault="00366799"/>
        </w:tc>
      </w:tr>
      <w:tr w:rsidR="00366799" w14:paraId="705D2C9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58420" w14:textId="77777777" w:rsidR="00366799" w:rsidRDefault="00000000">
            <w:r>
              <w:rPr>
                <w:rFonts w:eastAsia="Arial"/>
                <w:sz w:val="17"/>
              </w:rPr>
              <w:t>Działania realizowane przez Placówkę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AB4F6" w14:textId="77777777" w:rsidR="00366799" w:rsidRDefault="00366799"/>
        </w:tc>
      </w:tr>
      <w:tr w:rsidR="00366799" w14:paraId="2B1D9A6C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473EC" w14:textId="77777777" w:rsidR="00366799" w:rsidRDefault="00000000">
            <w:r>
              <w:rPr>
                <w:rFonts w:eastAsia="Arial"/>
                <w:sz w:val="17"/>
              </w:rPr>
              <w:t>Współpraca z rodzicem/opiekunem – jeżeli bezpieczna i zasadna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00146" w14:textId="77777777" w:rsidR="00366799" w:rsidRDefault="00366799"/>
        </w:tc>
      </w:tr>
      <w:tr w:rsidR="00366799" w14:paraId="419E92FE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9D95B" w14:textId="77777777" w:rsidR="00366799" w:rsidRDefault="00000000">
            <w:r>
              <w:rPr>
                <w:rFonts w:eastAsia="Arial"/>
                <w:sz w:val="17"/>
              </w:rPr>
              <w:t>Współpraca z podmiotami zewnętrznymi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453C5" w14:textId="77777777" w:rsidR="00366799" w:rsidRDefault="00366799"/>
        </w:tc>
      </w:tr>
      <w:tr w:rsidR="00366799" w14:paraId="4913BDC5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79FFB9" w14:textId="77777777" w:rsidR="00366799" w:rsidRDefault="00000000">
            <w:r>
              <w:rPr>
                <w:rFonts w:eastAsia="Arial"/>
                <w:sz w:val="17"/>
              </w:rPr>
              <w:t>Osoba monitorująca realizację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545A2A" w14:textId="77777777" w:rsidR="00366799" w:rsidRDefault="00366799"/>
        </w:tc>
      </w:tr>
      <w:tr w:rsidR="00366799" w14:paraId="5E75128D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41778" w14:textId="77777777" w:rsidR="00366799" w:rsidRDefault="00000000">
            <w:r>
              <w:rPr>
                <w:rFonts w:eastAsia="Arial"/>
                <w:sz w:val="17"/>
              </w:rPr>
              <w:t>Termin pierwszej oceny skuteczności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E51576" w14:textId="77777777" w:rsidR="00366799" w:rsidRDefault="00366799"/>
        </w:tc>
      </w:tr>
      <w:tr w:rsidR="00366799" w14:paraId="181EA57C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59E63" w14:textId="77777777" w:rsidR="00366799" w:rsidRDefault="00000000">
            <w:r>
              <w:rPr>
                <w:rFonts w:eastAsia="Arial"/>
                <w:sz w:val="17"/>
              </w:rPr>
              <w:t>Ocena realizacji / konieczne zmiany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A1CC7" w14:textId="77777777" w:rsidR="00366799" w:rsidRDefault="00366799"/>
        </w:tc>
      </w:tr>
    </w:tbl>
    <w:p w14:paraId="6ABF3972" w14:textId="77777777" w:rsidR="00366799" w:rsidRDefault="00000000">
      <w:r>
        <w:rPr>
          <w:rFonts w:eastAsia="Arial"/>
        </w:rPr>
        <w:t>Podpisy osób opracowujących: ........................................................................................................................</w:t>
      </w:r>
    </w:p>
    <w:p w14:paraId="450BBB7B" w14:textId="77777777" w:rsidR="00366799" w:rsidRDefault="00000000">
      <w:r>
        <w:br w:type="page"/>
      </w:r>
    </w:p>
    <w:p w14:paraId="6E243B31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6 – Rejestr zgłoszeń/incydentów i propozycji zmian SOM</w:t>
      </w:r>
    </w:p>
    <w:p w14:paraId="7EFFBB03" w14:textId="77777777" w:rsidR="00366799" w:rsidRDefault="00000000">
      <w:pPr>
        <w:pStyle w:val="Smallnote"/>
      </w:pPr>
      <w:r>
        <w:rPr>
          <w:rFonts w:eastAsia="Arial"/>
        </w:rPr>
        <w:t>Rejestr przechowuje się w sposób ograniczający dostęp osób nieuprawnionych. Dla ochrony prywatności można posługiwać się numerem sprawy zamiast pełnych danych dziecka.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417"/>
        <w:gridCol w:w="1984"/>
        <w:gridCol w:w="3118"/>
        <w:gridCol w:w="1984"/>
      </w:tblGrid>
      <w:tr w:rsidR="00366799" w14:paraId="529F1CD6" w14:textId="77777777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657CE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Lp.</w:t>
            </w:r>
          </w:p>
        </w:tc>
        <w:tc>
          <w:tcPr>
            <w:tcW w:w="141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33B18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Data</w:t>
            </w:r>
          </w:p>
        </w:tc>
        <w:tc>
          <w:tcPr>
            <w:tcW w:w="198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F0FF1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Nr sprawy / osoba zgłaszająca</w:t>
            </w:r>
          </w:p>
        </w:tc>
        <w:tc>
          <w:tcPr>
            <w:tcW w:w="311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34CB7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Krótki opis zgłoszenia lub proponowanej zmiany</w:t>
            </w:r>
          </w:p>
        </w:tc>
        <w:tc>
          <w:tcPr>
            <w:tcW w:w="1984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030337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Status / sposób zakończenia</w:t>
            </w:r>
          </w:p>
        </w:tc>
      </w:tr>
      <w:tr w:rsidR="00366799" w14:paraId="5B0F15AF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21F00" w14:textId="77777777" w:rsidR="00366799" w:rsidRDefault="00000000">
            <w:r>
              <w:rPr>
                <w:rFonts w:eastAsia="Arial"/>
                <w:sz w:val="16"/>
              </w:rPr>
              <w:t>1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C13FF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8050A" w14:textId="77777777"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61D95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9CBE0" w14:textId="77777777" w:rsidR="00366799" w:rsidRDefault="00366799"/>
        </w:tc>
      </w:tr>
      <w:tr w:rsidR="00366799" w14:paraId="6C447D7F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BFB516" w14:textId="77777777" w:rsidR="00366799" w:rsidRDefault="00000000">
            <w:r>
              <w:rPr>
                <w:rFonts w:eastAsia="Arial"/>
                <w:sz w:val="16"/>
              </w:rPr>
              <w:t>2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92F705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B2F31" w14:textId="77777777"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EE435F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B3B72" w14:textId="77777777" w:rsidR="00366799" w:rsidRDefault="00366799"/>
        </w:tc>
      </w:tr>
      <w:tr w:rsidR="00366799" w14:paraId="124AC43F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F5F5C" w14:textId="77777777" w:rsidR="00366799" w:rsidRDefault="00000000">
            <w:r>
              <w:rPr>
                <w:rFonts w:eastAsia="Arial"/>
                <w:sz w:val="16"/>
              </w:rPr>
              <w:t>3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4A0765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A5F4A" w14:textId="77777777"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F6A387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C3F71" w14:textId="77777777" w:rsidR="00366799" w:rsidRDefault="00366799"/>
        </w:tc>
      </w:tr>
      <w:tr w:rsidR="00366799" w14:paraId="5F9303B5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75178" w14:textId="77777777" w:rsidR="00366799" w:rsidRDefault="00000000">
            <w:r>
              <w:rPr>
                <w:rFonts w:eastAsia="Arial"/>
                <w:sz w:val="16"/>
              </w:rPr>
              <w:t>4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D455C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BA88F5" w14:textId="77777777"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4CAC3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8377AD" w14:textId="77777777" w:rsidR="00366799" w:rsidRDefault="00366799"/>
        </w:tc>
      </w:tr>
      <w:tr w:rsidR="00366799" w14:paraId="0E2D769B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22B1F" w14:textId="77777777" w:rsidR="00366799" w:rsidRDefault="00000000">
            <w:r>
              <w:rPr>
                <w:rFonts w:eastAsia="Arial"/>
                <w:sz w:val="16"/>
              </w:rPr>
              <w:t>5</w:t>
            </w:r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3CFB1C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7A3984" w14:textId="77777777" w:rsidR="00366799" w:rsidRDefault="00366799"/>
        </w:tc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FD365A" w14:textId="77777777" w:rsidR="00366799" w:rsidRDefault="00366799"/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AD36A" w14:textId="77777777" w:rsidR="00366799" w:rsidRDefault="00366799"/>
        </w:tc>
      </w:tr>
    </w:tbl>
    <w:p w14:paraId="012BDDC5" w14:textId="77777777" w:rsidR="00366799" w:rsidRDefault="00000000">
      <w:r>
        <w:br w:type="page"/>
      </w:r>
    </w:p>
    <w:p w14:paraId="0AE790A8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7 – Protokół okresowej oceny Standardów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669"/>
      </w:tblGrid>
      <w:tr w:rsidR="00366799" w14:paraId="2236B18B" w14:textId="77777777">
        <w:trPr>
          <w:tblHeader/>
          <w:jc w:val="center"/>
        </w:trPr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A53873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Element oceny</w:t>
            </w:r>
          </w:p>
        </w:tc>
        <w:tc>
          <w:tcPr>
            <w:tcW w:w="5669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37AB2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Ustalenia</w:t>
            </w:r>
          </w:p>
        </w:tc>
      </w:tr>
      <w:tr w:rsidR="00366799" w14:paraId="25B454AF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5E1C9" w14:textId="77777777" w:rsidR="00366799" w:rsidRDefault="00000000">
            <w:r>
              <w:rPr>
                <w:rFonts w:eastAsia="Arial"/>
                <w:sz w:val="17"/>
              </w:rPr>
              <w:t>Data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3B004" w14:textId="77777777" w:rsidR="00366799" w:rsidRDefault="00366799"/>
        </w:tc>
      </w:tr>
      <w:tr w:rsidR="00366799" w14:paraId="57F5AC8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17F24" w14:textId="77777777" w:rsidR="00366799" w:rsidRDefault="00000000">
            <w:r>
              <w:rPr>
                <w:rFonts w:eastAsia="Arial"/>
                <w:sz w:val="17"/>
              </w:rPr>
              <w:t>Osoba/osoby dokonujące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73915" w14:textId="77777777" w:rsidR="00366799" w:rsidRDefault="00366799"/>
        </w:tc>
      </w:tr>
      <w:tr w:rsidR="00366799" w14:paraId="04464C74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E87EFA" w14:textId="77777777" w:rsidR="00366799" w:rsidRDefault="00000000">
            <w:r>
              <w:rPr>
                <w:rFonts w:eastAsia="Arial"/>
                <w:sz w:val="17"/>
              </w:rPr>
              <w:t>Zakres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BFEAF" w14:textId="77777777" w:rsidR="00366799" w:rsidRDefault="00000000">
            <w:r>
              <w:rPr>
                <w:rFonts w:eastAsia="Arial"/>
                <w:sz w:val="17"/>
              </w:rPr>
              <w:t>□ zgodność z prawem  □ praktyka stosowania  □ incydenty  □ uwagi personelu/rodziców  □ inne</w:t>
            </w:r>
          </w:p>
        </w:tc>
      </w:tr>
      <w:tr w:rsidR="00366799" w14:paraId="51339797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EFBF8E" w14:textId="77777777" w:rsidR="00366799" w:rsidRDefault="00000000">
            <w:r>
              <w:rPr>
                <w:rFonts w:eastAsia="Arial"/>
                <w:sz w:val="17"/>
              </w:rPr>
              <w:t>Czy Standardy są aktualne i adekwatne do działalności żłobka?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47404" w14:textId="77777777" w:rsidR="00366799" w:rsidRDefault="00000000">
            <w:r>
              <w:rPr>
                <w:rFonts w:eastAsia="Arial"/>
                <w:sz w:val="17"/>
              </w:rPr>
              <w:t>□ tak  □ częściowo  □ nie</w:t>
            </w:r>
          </w:p>
        </w:tc>
      </w:tr>
      <w:tr w:rsidR="00366799" w14:paraId="7E6408DF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B6967" w14:textId="77777777" w:rsidR="00366799" w:rsidRDefault="00000000">
            <w:r>
              <w:rPr>
                <w:rFonts w:eastAsia="Arial"/>
                <w:sz w:val="17"/>
              </w:rPr>
              <w:t>Stwierdzone problemy lub ryzyka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75D53" w14:textId="77777777" w:rsidR="00366799" w:rsidRDefault="00366799"/>
        </w:tc>
      </w:tr>
      <w:tr w:rsidR="00366799" w14:paraId="4F169F0F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55D67" w14:textId="77777777" w:rsidR="00366799" w:rsidRDefault="00000000">
            <w:r>
              <w:rPr>
                <w:rFonts w:eastAsia="Arial"/>
                <w:sz w:val="17"/>
              </w:rPr>
              <w:t>Proponowane zmiany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D2523" w14:textId="77777777" w:rsidR="00366799" w:rsidRDefault="00366799"/>
        </w:tc>
      </w:tr>
      <w:tr w:rsidR="00366799" w14:paraId="1439995A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0D94B" w14:textId="77777777" w:rsidR="00366799" w:rsidRDefault="00000000">
            <w:r>
              <w:rPr>
                <w:rFonts w:eastAsia="Arial"/>
                <w:sz w:val="17"/>
              </w:rPr>
              <w:t>Termin wdrożenia zmian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FCD9BB" w14:textId="77777777" w:rsidR="00366799" w:rsidRDefault="00366799"/>
        </w:tc>
      </w:tr>
      <w:tr w:rsidR="00366799" w14:paraId="609FC941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BCD0F0" w14:textId="77777777" w:rsidR="00366799" w:rsidRDefault="00000000">
            <w:r>
              <w:rPr>
                <w:rFonts w:eastAsia="Arial"/>
                <w:sz w:val="17"/>
              </w:rPr>
              <w:t>Osoba odpowiedzialna za wdrożenie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A8465A" w14:textId="77777777" w:rsidR="00366799" w:rsidRDefault="00366799"/>
        </w:tc>
      </w:tr>
      <w:tr w:rsidR="00366799" w14:paraId="2B9F2066" w14:textId="77777777">
        <w:trPr>
          <w:jc w:val="center"/>
        </w:trPr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8B0C1" w14:textId="77777777" w:rsidR="00366799" w:rsidRDefault="00000000">
            <w:r>
              <w:rPr>
                <w:rFonts w:eastAsia="Arial"/>
                <w:sz w:val="17"/>
              </w:rPr>
              <w:t>Data kolejnej planowanej oceny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A1DCC5" w14:textId="77777777" w:rsidR="00366799" w:rsidRDefault="00366799"/>
        </w:tc>
      </w:tr>
    </w:tbl>
    <w:p w14:paraId="12AAB0B0" w14:textId="77777777" w:rsidR="00366799" w:rsidRDefault="00000000">
      <w:r>
        <w:rPr>
          <w:rFonts w:eastAsia="Arial"/>
        </w:rPr>
        <w:t>Podpis Koordynatora / osoby dokonującej oceny: ........................................................</w:t>
      </w:r>
    </w:p>
    <w:p w14:paraId="39491C4A" w14:textId="77777777" w:rsidR="00366799" w:rsidRDefault="00000000">
      <w:r>
        <w:rPr>
          <w:rFonts w:eastAsia="Arial"/>
        </w:rPr>
        <w:t>Podpis Dyrektora: ........................................................</w:t>
      </w:r>
    </w:p>
    <w:p w14:paraId="44CF203E" w14:textId="77777777" w:rsidR="00366799" w:rsidRDefault="00000000">
      <w:r>
        <w:br w:type="page"/>
      </w:r>
    </w:p>
    <w:p w14:paraId="5914D0CD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8 – Karta przygotowania/szkolenia personelu do stosowania SOM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5102"/>
        <w:gridCol w:w="2268"/>
      </w:tblGrid>
      <w:tr w:rsidR="00366799" w14:paraId="73B5B106" w14:textId="77777777">
        <w:trPr>
          <w:tblHeader/>
          <w:jc w:val="center"/>
        </w:trPr>
        <w:tc>
          <w:tcPr>
            <w:tcW w:w="1701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B1FFE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Data</w:t>
            </w:r>
          </w:p>
        </w:tc>
        <w:tc>
          <w:tcPr>
            <w:tcW w:w="51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70CBE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Zakres przygotowania / szkolenia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20BB14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Osoba prowadząca</w:t>
            </w:r>
          </w:p>
        </w:tc>
      </w:tr>
      <w:tr w:rsidR="00366799" w14:paraId="37293FDF" w14:textId="77777777">
        <w:trPr>
          <w:jc w:val="center"/>
        </w:trPr>
        <w:tc>
          <w:tcPr>
            <w:tcW w:w="170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52D51" w14:textId="77777777" w:rsidR="00366799" w:rsidRDefault="00366799"/>
        </w:tc>
        <w:tc>
          <w:tcPr>
            <w:tcW w:w="51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832E7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57D6A" w14:textId="77777777" w:rsidR="00366799" w:rsidRDefault="00366799"/>
        </w:tc>
      </w:tr>
    </w:tbl>
    <w:p w14:paraId="44842B39" w14:textId="77777777" w:rsidR="00366799" w:rsidRDefault="00366799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402"/>
        <w:gridCol w:w="2835"/>
        <w:gridCol w:w="2268"/>
      </w:tblGrid>
      <w:tr w:rsidR="00366799" w14:paraId="031EB49E" w14:textId="77777777">
        <w:trPr>
          <w:tblHeader/>
          <w:jc w:val="center"/>
        </w:trPr>
        <w:tc>
          <w:tcPr>
            <w:tcW w:w="567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B020D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Lp.</w:t>
            </w:r>
          </w:p>
        </w:tc>
        <w:tc>
          <w:tcPr>
            <w:tcW w:w="3402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0A661F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Imię i nazwisko uczestnika</w:t>
            </w:r>
          </w:p>
        </w:tc>
        <w:tc>
          <w:tcPr>
            <w:tcW w:w="2835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C6BFC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Stanowisko / rola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C76948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7"/>
              </w:rPr>
              <w:t>Podpis</w:t>
            </w:r>
          </w:p>
        </w:tc>
      </w:tr>
      <w:tr w:rsidR="00366799" w14:paraId="0A9332F7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03D37C" w14:textId="77777777" w:rsidR="00366799" w:rsidRDefault="00000000">
            <w:r>
              <w:rPr>
                <w:rFonts w:eastAsia="Arial"/>
                <w:sz w:val="17"/>
              </w:rPr>
              <w:t>1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D51DD5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E6406F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2A3D1" w14:textId="77777777" w:rsidR="00366799" w:rsidRDefault="00366799"/>
        </w:tc>
      </w:tr>
      <w:tr w:rsidR="00366799" w14:paraId="5AB39626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6DD62" w14:textId="77777777" w:rsidR="00366799" w:rsidRDefault="00000000">
            <w:r>
              <w:rPr>
                <w:rFonts w:eastAsia="Arial"/>
                <w:sz w:val="17"/>
              </w:rPr>
              <w:t>2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7E686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36811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C0F4C" w14:textId="77777777" w:rsidR="00366799" w:rsidRDefault="00366799"/>
        </w:tc>
      </w:tr>
      <w:tr w:rsidR="00366799" w14:paraId="283F0750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40AD8" w14:textId="77777777" w:rsidR="00366799" w:rsidRDefault="00000000">
            <w:r>
              <w:rPr>
                <w:rFonts w:eastAsia="Arial"/>
                <w:sz w:val="17"/>
              </w:rPr>
              <w:t>3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0CE8B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08EAD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E5710" w14:textId="77777777" w:rsidR="00366799" w:rsidRDefault="00366799"/>
        </w:tc>
      </w:tr>
      <w:tr w:rsidR="00366799" w14:paraId="61588116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83D57" w14:textId="77777777" w:rsidR="00366799" w:rsidRDefault="00000000">
            <w:r>
              <w:rPr>
                <w:rFonts w:eastAsia="Arial"/>
                <w:sz w:val="17"/>
              </w:rPr>
              <w:t>4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25EBB3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D01B99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BFBA3E" w14:textId="77777777" w:rsidR="00366799" w:rsidRDefault="00366799"/>
        </w:tc>
      </w:tr>
      <w:tr w:rsidR="00366799" w14:paraId="1E9B42A0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D1B69" w14:textId="77777777" w:rsidR="00366799" w:rsidRDefault="00000000">
            <w:r>
              <w:rPr>
                <w:rFonts w:eastAsia="Arial"/>
                <w:sz w:val="17"/>
              </w:rPr>
              <w:t>5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14CA1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5B341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A7445" w14:textId="77777777" w:rsidR="00366799" w:rsidRDefault="00366799"/>
        </w:tc>
      </w:tr>
      <w:tr w:rsidR="00366799" w14:paraId="61BC2A9D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7B982" w14:textId="77777777" w:rsidR="00366799" w:rsidRDefault="00000000">
            <w:r>
              <w:rPr>
                <w:rFonts w:eastAsia="Arial"/>
                <w:sz w:val="17"/>
              </w:rPr>
              <w:t>6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491B5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06B2A9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00B212" w14:textId="77777777" w:rsidR="00366799" w:rsidRDefault="00366799"/>
        </w:tc>
      </w:tr>
      <w:tr w:rsidR="00366799" w14:paraId="77199DA6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BBADB" w14:textId="77777777" w:rsidR="00366799" w:rsidRDefault="00000000">
            <w:r>
              <w:rPr>
                <w:rFonts w:eastAsia="Arial"/>
                <w:sz w:val="17"/>
              </w:rPr>
              <w:t>7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C13A9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B2BC4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AAADD" w14:textId="77777777" w:rsidR="00366799" w:rsidRDefault="00366799"/>
        </w:tc>
      </w:tr>
      <w:tr w:rsidR="00366799" w14:paraId="2AB9B369" w14:textId="77777777">
        <w:trPr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1E071" w14:textId="77777777" w:rsidR="00366799" w:rsidRDefault="00000000">
            <w:r>
              <w:rPr>
                <w:rFonts w:eastAsia="Arial"/>
                <w:sz w:val="17"/>
              </w:rPr>
              <w:t>8</w:t>
            </w:r>
          </w:p>
        </w:tc>
        <w:tc>
          <w:tcPr>
            <w:tcW w:w="340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C2D16" w14:textId="77777777" w:rsidR="00366799" w:rsidRDefault="00366799"/>
        </w:tc>
        <w:tc>
          <w:tcPr>
            <w:tcW w:w="283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EA7D42" w14:textId="77777777" w:rsidR="00366799" w:rsidRDefault="00366799"/>
        </w:tc>
        <w:tc>
          <w:tcPr>
            <w:tcW w:w="226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425C5" w14:textId="77777777" w:rsidR="00366799" w:rsidRDefault="00366799"/>
        </w:tc>
      </w:tr>
    </w:tbl>
    <w:p w14:paraId="31248981" w14:textId="77777777" w:rsidR="00366799" w:rsidRDefault="00000000">
      <w:r>
        <w:rPr>
          <w:rFonts w:eastAsia="Arial"/>
        </w:rPr>
        <w:t>Uwagi / potrzeby dodatkowego przygotowania: ........................................................................................................................</w:t>
      </w:r>
    </w:p>
    <w:p w14:paraId="61BBE2D7" w14:textId="77777777" w:rsidR="00366799" w:rsidRDefault="00000000">
      <w:r>
        <w:br w:type="page"/>
      </w:r>
    </w:p>
    <w:p w14:paraId="7FFA4F28" w14:textId="77777777" w:rsidR="00366799" w:rsidRPr="00F53D52" w:rsidRDefault="00000000">
      <w:pPr>
        <w:pStyle w:val="Nagwek1"/>
        <w:rPr>
          <w:color w:val="000000" w:themeColor="text1"/>
        </w:rPr>
      </w:pPr>
      <w:r w:rsidRPr="00F53D52">
        <w:rPr>
          <w:color w:val="000000" w:themeColor="text1"/>
        </w:rPr>
        <w:lastRenderedPageBreak/>
        <w:t>Załącznik nr 9 – Wersja skrócona Standardów przeznaczona dla dzieci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66799" w14:paraId="7C87207D" w14:textId="77777777">
        <w:trPr>
          <w:jc w:val="center"/>
        </w:trPr>
        <w:tc>
          <w:tcPr>
            <w:tcW w:w="9972" w:type="dxa"/>
            <w:shd w:val="clear" w:color="auto" w:fill="D9EA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0BBB7CE" w14:textId="77777777" w:rsidR="00366799" w:rsidRDefault="00000000">
            <w:r>
              <w:rPr>
                <w:rFonts w:eastAsia="Arial"/>
                <w:b/>
                <w:color w:val="1F4E79"/>
              </w:rPr>
              <w:t xml:space="preserve">MÓJ BEZPIECZNY ŻŁOBEK </w:t>
            </w:r>
            <w:r>
              <w:rPr>
                <w:rFonts w:eastAsia="Arial"/>
              </w:rPr>
              <w:t>Dorośli w żłobku dbają, żeby każde dziecko było bezpieczne, spokojne i traktowane z szacunkiem.</w:t>
            </w:r>
          </w:p>
        </w:tc>
      </w:tr>
    </w:tbl>
    <w:p w14:paraId="66F666A0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70558F40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15CBF4D9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C7CF1D0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Mam prawo czuć się bezpiecznie.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chroni mnie przed biciem, straszeniem i krzywdą.</w:t>
            </w:r>
          </w:p>
        </w:tc>
      </w:tr>
    </w:tbl>
    <w:p w14:paraId="1D659086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5614F04A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5C662B56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6996718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Mam prawo do czułości i szacunku.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mówi spokojnie i pomaga mi, kiedy płaczę albo się boję.</w:t>
            </w:r>
          </w:p>
        </w:tc>
      </w:tr>
    </w:tbl>
    <w:p w14:paraId="7C532849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26F6EB91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1D3D7DD2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✋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B109A29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Mogę pokazać, że czegoś nie chcę.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Dorosły zauważa mój płacz, gesty, minę i słowa.</w:t>
            </w:r>
          </w:p>
        </w:tc>
      </w:tr>
    </w:tbl>
    <w:p w14:paraId="69B7D6E4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16F06FB9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CBBD207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●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C753148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Moje ciało jest ważne.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Pomoc przy przewijaniu, myciu i ubieraniu odbywa się delikatnie i tylko tyle, ile potrzeba.</w:t>
            </w:r>
          </w:p>
        </w:tc>
      </w:tr>
    </w:tbl>
    <w:p w14:paraId="20FADA82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2EC8DA9C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529D7FF2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F425521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Gdy ktoś mnie skrzywdzi, dorośli reagują.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Pomagają mi, zatrzymują niebezpieczne zachowanie i mówią o tym osobie odpowiedzialnej.</w:t>
            </w:r>
          </w:p>
        </w:tc>
      </w:tr>
    </w:tbl>
    <w:p w14:paraId="6A7763D1" w14:textId="77777777" w:rsidR="00366799" w:rsidRDefault="00366799">
      <w:pPr>
        <w:spacing w:after="20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7937"/>
      </w:tblGrid>
      <w:tr w:rsidR="00366799" w14:paraId="4CAD5AA3" w14:textId="77777777">
        <w:trPr>
          <w:jc w:val="center"/>
        </w:trPr>
        <w:tc>
          <w:tcPr>
            <w:tcW w:w="1134" w:type="dxa"/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13D3E45" w14:textId="77777777" w:rsidR="00366799" w:rsidRDefault="00000000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58A7B6A" w14:textId="77777777" w:rsidR="00366799" w:rsidRDefault="00000000">
            <w:r>
              <w:rPr>
                <w:rFonts w:eastAsia="Arial"/>
                <w:b/>
                <w:color w:val="1F4E79"/>
                <w:sz w:val="24"/>
              </w:rPr>
              <w:t>Dzieci uczą się być razem.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r>
              <w:rPr>
                <w:rFonts w:eastAsia="Arial"/>
              </w:rPr>
              <w:t>Gdy dzieci się popchną, uderzą albo ugryzą, dorosły pomaga obu dzieciom i pokazuje bezpieczne zachowanie.</w:t>
            </w:r>
          </w:p>
        </w:tc>
      </w:tr>
    </w:tbl>
    <w:p w14:paraId="317B0F59" w14:textId="77777777" w:rsidR="00366799" w:rsidRDefault="00366799">
      <w:pPr>
        <w:spacing w:after="20"/>
      </w:pPr>
    </w:p>
    <w:p w14:paraId="59088952" w14:textId="77777777" w:rsidR="00366799" w:rsidRDefault="00000000">
      <w:r>
        <w:rPr>
          <w:rFonts w:eastAsia="Arial"/>
        </w:rPr>
        <w:t>Dla dzieci w wieku żłobkowym wersję skróconą przekazuje się przede wszystkim poprzez codzienne zachowania dorosłych, proste komunikaty, gesty i obrazki. Rodzice mogą czytać te zasady wspólnie z dzieckiem.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66799" w14:paraId="1B037225" w14:textId="77777777">
        <w:trPr>
          <w:jc w:val="center"/>
        </w:trPr>
        <w:tc>
          <w:tcPr>
            <w:tcW w:w="9972" w:type="dxa"/>
            <w:shd w:val="clear" w:color="auto" w:fill="FDE9E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88ED46" w14:textId="77777777" w:rsidR="00366799" w:rsidRDefault="00000000">
            <w:r>
              <w:rPr>
                <w:rFonts w:eastAsia="Arial"/>
                <w:b/>
                <w:color w:val="1F4E79"/>
              </w:rPr>
              <w:t xml:space="preserve">Jeśli martwisz się o dziecko: </w:t>
            </w:r>
            <w:r>
              <w:rPr>
                <w:rFonts w:eastAsia="Arial"/>
              </w:rPr>
              <w:t>porozmawiaj z Dyrektorem lub Koordynatorem ds. SOM. W nagłym zagrożeniu życia lub zdrowia dzwoń pod numer 112.</w:t>
            </w:r>
          </w:p>
        </w:tc>
      </w:tr>
    </w:tbl>
    <w:p w14:paraId="6E3EB581" w14:textId="77777777" w:rsidR="00366799" w:rsidRDefault="00366799">
      <w:pPr>
        <w:spacing w:after="20"/>
      </w:pPr>
    </w:p>
    <w:sectPr w:rsidR="00366799" w:rsidSect="00034616">
      <w:footerReference w:type="default" r:id="rId8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2E777" w14:textId="77777777" w:rsidR="007A60FF" w:rsidRDefault="007A60FF">
      <w:pPr>
        <w:spacing w:after="0" w:line="240" w:lineRule="auto"/>
      </w:pPr>
      <w:r>
        <w:separator/>
      </w:r>
    </w:p>
  </w:endnote>
  <w:endnote w:type="continuationSeparator" w:id="0">
    <w:p w14:paraId="294D7C7A" w14:textId="77777777" w:rsidR="007A60FF" w:rsidRDefault="007A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185C7" w14:textId="77777777" w:rsidR="00366799" w:rsidRDefault="00000000">
    <w:pPr>
      <w:pStyle w:val="Stopka"/>
      <w:jc w:val="center"/>
    </w:pPr>
    <w:proofErr w:type="spellStart"/>
    <w:r>
      <w:rPr>
        <w:rFonts w:eastAsia="Arial"/>
        <w:color w:val="777777"/>
        <w:sz w:val="17"/>
      </w:rPr>
      <w:t>Kucykowy</w:t>
    </w:r>
    <w:proofErr w:type="spellEnd"/>
    <w:r>
      <w:rPr>
        <w:rFonts w:eastAsia="Arial"/>
        <w:color w:val="777777"/>
        <w:sz w:val="17"/>
      </w:rPr>
      <w:t xml:space="preserve"> </w:t>
    </w:r>
    <w:proofErr w:type="spellStart"/>
    <w:r>
      <w:rPr>
        <w:rFonts w:eastAsia="Arial"/>
        <w:color w:val="777777"/>
        <w:sz w:val="17"/>
      </w:rPr>
      <w:t>Żłobek</w:t>
    </w:r>
    <w:proofErr w:type="spellEnd"/>
    <w:r>
      <w:rPr>
        <w:rFonts w:eastAsia="Arial"/>
        <w:color w:val="777777"/>
        <w:sz w:val="17"/>
      </w:rPr>
      <w:t xml:space="preserve"> • </w:t>
    </w:r>
    <w:proofErr w:type="spellStart"/>
    <w:r>
      <w:rPr>
        <w:rFonts w:eastAsia="Arial"/>
        <w:color w:val="777777"/>
        <w:sz w:val="17"/>
      </w:rPr>
      <w:t>Standardy</w:t>
    </w:r>
    <w:proofErr w:type="spellEnd"/>
    <w:r>
      <w:rPr>
        <w:rFonts w:eastAsia="Arial"/>
        <w:color w:val="777777"/>
        <w:sz w:val="17"/>
      </w:rPr>
      <w:t xml:space="preserve"> Ochrony </w:t>
    </w:r>
    <w:proofErr w:type="spellStart"/>
    <w:r>
      <w:rPr>
        <w:rFonts w:eastAsia="Arial"/>
        <w:color w:val="777777"/>
        <w:sz w:val="17"/>
      </w:rPr>
      <w:t>Małoletnich</w:t>
    </w:r>
    <w:proofErr w:type="spellEnd"/>
    <w:r>
      <w:rPr>
        <w:rFonts w:eastAsia="Arial"/>
        <w:color w:val="777777"/>
        <w:sz w:val="17"/>
      </w:rPr>
      <w:t xml:space="preserve"> • str. </w:t>
    </w:r>
    <w:r>
      <w:rPr>
        <w:rFonts w:eastAsia="Arial"/>
        <w:color w:val="666666"/>
        <w:sz w:val="18"/>
      </w:rPr>
      <w:fldChar w:fldCharType="begin"/>
    </w:r>
    <w:r>
      <w:rPr>
        <w:rFonts w:eastAsia="Arial"/>
        <w:color w:val="666666"/>
        <w:sz w:val="18"/>
      </w:rPr>
      <w:instrText xml:space="preserve"> PAGE </w:instrText>
    </w:r>
    <w:r w:rsidR="00F53D52">
      <w:rPr>
        <w:rFonts w:eastAsia="Arial"/>
        <w:color w:val="666666"/>
        <w:sz w:val="18"/>
      </w:rPr>
      <w:fldChar w:fldCharType="separate"/>
    </w:r>
    <w:r w:rsidR="00F53D52">
      <w:rPr>
        <w:rFonts w:eastAsia="Arial"/>
        <w:noProof/>
        <w:color w:val="666666"/>
        <w:sz w:val="18"/>
      </w:rPr>
      <w:t>1</w:t>
    </w:r>
    <w:r>
      <w:rPr>
        <w:rFonts w:eastAsia="Arial"/>
        <w:color w:val="66666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BE68" w14:textId="77777777" w:rsidR="007A60FF" w:rsidRDefault="007A60FF">
      <w:pPr>
        <w:spacing w:after="0" w:line="240" w:lineRule="auto"/>
      </w:pPr>
      <w:r>
        <w:separator/>
      </w:r>
    </w:p>
  </w:footnote>
  <w:footnote w:type="continuationSeparator" w:id="0">
    <w:p w14:paraId="707BA2DE" w14:textId="77777777" w:rsidR="007A60FF" w:rsidRDefault="007A6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0322365">
    <w:abstractNumId w:val="8"/>
  </w:num>
  <w:num w:numId="2" w16cid:durableId="704136793">
    <w:abstractNumId w:val="6"/>
  </w:num>
  <w:num w:numId="3" w16cid:durableId="1252470796">
    <w:abstractNumId w:val="5"/>
  </w:num>
  <w:num w:numId="4" w16cid:durableId="1967543240">
    <w:abstractNumId w:val="4"/>
  </w:num>
  <w:num w:numId="5" w16cid:durableId="975063881">
    <w:abstractNumId w:val="7"/>
  </w:num>
  <w:num w:numId="6" w16cid:durableId="825632286">
    <w:abstractNumId w:val="3"/>
  </w:num>
  <w:num w:numId="7" w16cid:durableId="238291717">
    <w:abstractNumId w:val="2"/>
  </w:num>
  <w:num w:numId="8" w16cid:durableId="917128384">
    <w:abstractNumId w:val="1"/>
  </w:num>
  <w:num w:numId="9" w16cid:durableId="201071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6799"/>
    <w:rsid w:val="007A60FF"/>
    <w:rsid w:val="00867B9F"/>
    <w:rsid w:val="00997C0E"/>
    <w:rsid w:val="00AA1D8D"/>
    <w:rsid w:val="00B47730"/>
    <w:rsid w:val="00CB0664"/>
    <w:rsid w:val="00F53D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25F2F"/>
  <w14:defaultImageDpi w14:val="300"/>
  <w15:docId w15:val="{E7C78E51-5E73-416C-874F-77BF073B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6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3746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43746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2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rial" w:hAnsi="Arial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4513</Words>
  <Characters>27078</Characters>
  <Application>Microsoft Office Word</Application>
  <DocSecurity>0</DocSecurity>
  <Lines>225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Kucykowe Przedszkole</cp:lastModifiedBy>
  <cp:revision>2</cp:revision>
  <cp:lastPrinted>2026-08-20T13:11:00Z</cp:lastPrinted>
  <dcterms:created xsi:type="dcterms:W3CDTF">2026-08-20T13:17:00Z</dcterms:created>
  <dcterms:modified xsi:type="dcterms:W3CDTF">2026-08-20T13:17:00Z</dcterms:modified>
  <cp:category/>
</cp:coreProperties>
</file>