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49BB6" w14:textId="77777777" w:rsidR="00D05ED3" w:rsidRPr="00124622" w:rsidRDefault="00000000">
      <w:pPr>
        <w:jc w:val="right"/>
        <w:rPr>
          <w:color w:val="000000" w:themeColor="text1"/>
        </w:rPr>
      </w:pPr>
      <w:r w:rsidRPr="00124622">
        <w:rPr>
          <w:rFonts w:eastAsia="Arial"/>
          <w:color w:val="000000" w:themeColor="text1"/>
          <w:sz w:val="19"/>
        </w:rPr>
        <w:t>Kucykowy Żłobek</w:t>
      </w:r>
      <w:r w:rsidRPr="00124622">
        <w:rPr>
          <w:rFonts w:eastAsia="Arial"/>
          <w:color w:val="000000" w:themeColor="text1"/>
          <w:sz w:val="19"/>
        </w:rPr>
        <w:br/>
        <w:t>Smolice 23C, 95-010 Stryków</w:t>
      </w:r>
    </w:p>
    <w:p w14:paraId="54D64FEF" w14:textId="77777777" w:rsidR="00D05ED3" w:rsidRPr="00124622" w:rsidRDefault="00D05ED3">
      <w:pPr>
        <w:rPr>
          <w:color w:val="000000" w:themeColor="text1"/>
        </w:rPr>
      </w:pPr>
    </w:p>
    <w:p w14:paraId="3CC57438" w14:textId="77777777" w:rsidR="00D05ED3" w:rsidRPr="00124622" w:rsidRDefault="00000000">
      <w:pPr>
        <w:jc w:val="center"/>
        <w:rPr>
          <w:color w:val="000000" w:themeColor="text1"/>
        </w:rPr>
      </w:pPr>
      <w:r w:rsidRPr="00124622">
        <w:rPr>
          <w:rFonts w:eastAsia="Arial"/>
          <w:b/>
          <w:color w:val="000000" w:themeColor="text1"/>
          <w:sz w:val="30"/>
        </w:rPr>
        <w:t>ZARZĄDZENIE NR ............</w:t>
      </w:r>
    </w:p>
    <w:p w14:paraId="7E084D80" w14:textId="77777777" w:rsidR="00D05ED3" w:rsidRPr="00124622" w:rsidRDefault="00000000">
      <w:pPr>
        <w:jc w:val="center"/>
        <w:rPr>
          <w:color w:val="000000" w:themeColor="text1"/>
        </w:rPr>
      </w:pPr>
      <w:r w:rsidRPr="00124622">
        <w:rPr>
          <w:rFonts w:eastAsia="Arial"/>
          <w:b/>
          <w:color w:val="000000" w:themeColor="text1"/>
          <w:sz w:val="24"/>
        </w:rPr>
        <w:t>DYREKTORA KUCYKOWEGO ŻŁOBKA</w:t>
      </w:r>
    </w:p>
    <w:p w14:paraId="1F921A71" w14:textId="77777777" w:rsidR="00D05ED3" w:rsidRPr="00124622" w:rsidRDefault="00000000">
      <w:pPr>
        <w:jc w:val="center"/>
        <w:rPr>
          <w:color w:val="000000" w:themeColor="text1"/>
        </w:rPr>
      </w:pPr>
      <w:r w:rsidRPr="00124622">
        <w:rPr>
          <w:rFonts w:eastAsia="Arial"/>
          <w:color w:val="000000" w:themeColor="text1"/>
        </w:rPr>
        <w:t>z dnia ................................ 2026 r.</w:t>
      </w:r>
    </w:p>
    <w:p w14:paraId="430D2D1A" w14:textId="77777777" w:rsidR="00D05ED3" w:rsidRDefault="00000000">
      <w:pPr>
        <w:spacing w:before="200" w:after="280"/>
        <w:jc w:val="center"/>
      </w:pPr>
      <w:r>
        <w:rPr>
          <w:rFonts w:eastAsia="Arial"/>
          <w:b/>
          <w:sz w:val="23"/>
        </w:rPr>
        <w:t>w sprawie wprowadzenia zaktualizowanych Standardów Ochrony Małoletnich oraz wyznaczenia Koordynatora ds. Standardów Ochrony Małoletnich</w:t>
      </w:r>
    </w:p>
    <w:p w14:paraId="6B88264B" w14:textId="77777777" w:rsidR="00D05ED3" w:rsidRDefault="00000000" w:rsidP="00124622">
      <w:pPr>
        <w:jc w:val="both"/>
      </w:pPr>
      <w:r>
        <w:rPr>
          <w:rFonts w:eastAsia="Arial"/>
        </w:rPr>
        <w:t>Na podstawie art. 22b i art. 22c ustawy z dnia 13 maja 2016 r. o przeciwdziałaniu zagrożeniom przestępczością na tle seksualnym i ochronie małoletnich (tekst jednolity: Dz.U. z 2026 r. poz. 110) zarządzam, co następuje:</w:t>
      </w:r>
    </w:p>
    <w:p w14:paraId="61320201" w14:textId="77777777" w:rsidR="00D05ED3" w:rsidRDefault="00000000" w:rsidP="00124622">
      <w:pPr>
        <w:pStyle w:val="Nagwek2"/>
        <w:jc w:val="center"/>
      </w:pPr>
      <w:r>
        <w:t>§ 1</w:t>
      </w:r>
    </w:p>
    <w:p w14:paraId="5683DCD1" w14:textId="77777777" w:rsidR="00D05ED3" w:rsidRDefault="00000000" w:rsidP="00124622">
      <w:pPr>
        <w:jc w:val="both"/>
      </w:pPr>
      <w:r>
        <w:rPr>
          <w:rFonts w:eastAsia="Arial"/>
        </w:rPr>
        <w:t>1. Wprowadzam zaktualizowane Standardy Ochrony Małoletnich w Kucykowym Żłobku w brzmieniu stanowiącym Załącznik nr 1 do niniejszego Zarządzenia.</w:t>
      </w:r>
    </w:p>
    <w:p w14:paraId="1BBB32D1" w14:textId="77777777" w:rsidR="00D05ED3" w:rsidRDefault="00000000" w:rsidP="00124622">
      <w:pPr>
        <w:jc w:val="both"/>
      </w:pPr>
      <w:r>
        <w:rPr>
          <w:rFonts w:eastAsia="Arial"/>
        </w:rPr>
        <w:t>2. Wprowadzam wersję skróconą Standardów Ochrony Małoletnich przeznaczoną dla dzieci, stanowiącą Załącznik nr 2 do niniejszego Zarządzenia.</w:t>
      </w:r>
    </w:p>
    <w:p w14:paraId="77993D2F" w14:textId="77777777" w:rsidR="00D05ED3" w:rsidRDefault="00000000" w:rsidP="00124622">
      <w:pPr>
        <w:pStyle w:val="Nagwek2"/>
        <w:jc w:val="center"/>
      </w:pPr>
      <w:r>
        <w:t>§ 2</w:t>
      </w:r>
    </w:p>
    <w:p w14:paraId="4CCD3C4B" w14:textId="77777777" w:rsidR="00D05ED3" w:rsidRDefault="00000000" w:rsidP="00124622">
      <w:pPr>
        <w:jc w:val="both"/>
      </w:pPr>
      <w:r>
        <w:rPr>
          <w:rFonts w:eastAsia="Arial"/>
        </w:rPr>
        <w:t>1. Na Koordynatora ds. Standardów Ochrony Małoletnich wyznaczam:</w:t>
      </w:r>
    </w:p>
    <w:p w14:paraId="788EEBC6" w14:textId="77777777" w:rsidR="00D05ED3" w:rsidRPr="00124622" w:rsidRDefault="00000000" w:rsidP="00124622">
      <w:pPr>
        <w:spacing w:before="160" w:after="160"/>
        <w:jc w:val="both"/>
        <w:rPr>
          <w:color w:val="000000" w:themeColor="text1"/>
        </w:rPr>
      </w:pPr>
      <w:r w:rsidRPr="00124622">
        <w:rPr>
          <w:rFonts w:eastAsia="Arial"/>
          <w:b/>
          <w:color w:val="000000" w:themeColor="text1"/>
          <w:sz w:val="24"/>
        </w:rPr>
        <w:t>........................................................................................................................</w:t>
      </w:r>
    </w:p>
    <w:p w14:paraId="1DF805AA" w14:textId="77777777" w:rsidR="00D05ED3" w:rsidRPr="00124622" w:rsidRDefault="00000000" w:rsidP="00124622">
      <w:pPr>
        <w:jc w:val="both"/>
        <w:rPr>
          <w:color w:val="000000" w:themeColor="text1"/>
        </w:rPr>
      </w:pPr>
      <w:r w:rsidRPr="00124622">
        <w:rPr>
          <w:rFonts w:eastAsia="Arial"/>
          <w:color w:val="000000" w:themeColor="text1"/>
          <w:sz w:val="18"/>
        </w:rPr>
        <w:t>(imię i nazwisko, stanowisko)</w:t>
      </w:r>
    </w:p>
    <w:p w14:paraId="4EFE129D" w14:textId="77777777" w:rsidR="00D05ED3" w:rsidRDefault="00000000" w:rsidP="00124622">
      <w:pPr>
        <w:jc w:val="both"/>
      </w:pPr>
      <w:r>
        <w:rPr>
          <w:rFonts w:eastAsia="Arial"/>
        </w:rPr>
        <w:t>2. Koordynator wykonuje zadania określone w rozdziale 11 Standardów, w szczególności monitoruje ich stosowanie, wspiera personel, organizuje przygotowanie personelu oraz uczestniczy w okresowych ocenach i aktualizacji Standardów.</w:t>
      </w:r>
    </w:p>
    <w:p w14:paraId="041CF24C" w14:textId="77777777" w:rsidR="00D05ED3" w:rsidRDefault="00000000" w:rsidP="00124622">
      <w:pPr>
        <w:pStyle w:val="Nagwek2"/>
        <w:jc w:val="center"/>
      </w:pPr>
      <w:r>
        <w:t>§ 3</w:t>
      </w:r>
    </w:p>
    <w:p w14:paraId="6587F83E" w14:textId="77777777" w:rsidR="00D05ED3" w:rsidRDefault="00000000" w:rsidP="00124622">
      <w:pPr>
        <w:jc w:val="both"/>
      </w:pPr>
      <w:r>
        <w:rPr>
          <w:rFonts w:eastAsia="Arial"/>
        </w:rPr>
        <w:t>Zobowiązuję personel do zapoznania się ze zaktualizowanymi Standardami i potwierdzenia tego faktu na piśmie. Przygotowanie personelu do stosowania Standardów należy udokumentować zgodnie z zasadami określonymi w Standardach.</w:t>
      </w:r>
    </w:p>
    <w:p w14:paraId="2C4B49ED" w14:textId="77777777" w:rsidR="00D05ED3" w:rsidRDefault="00000000" w:rsidP="00124622">
      <w:pPr>
        <w:pStyle w:val="Nagwek2"/>
        <w:jc w:val="center"/>
      </w:pPr>
      <w:r>
        <w:t>§ 4</w:t>
      </w:r>
    </w:p>
    <w:p w14:paraId="5F5FD60C" w14:textId="77777777" w:rsidR="00D05ED3" w:rsidRDefault="00000000" w:rsidP="00124622">
      <w:pPr>
        <w:jc w:val="both"/>
      </w:pPr>
      <w:r>
        <w:rPr>
          <w:rFonts w:eastAsia="Arial"/>
        </w:rPr>
        <w:t>Standardy w wersji zupełnej i skróconej należy udostępnić na stronie internetowej Placówki oraz wywiesić w widocznym miejscu w lokalu Placówki.</w:t>
      </w:r>
    </w:p>
    <w:p w14:paraId="7AA3791A" w14:textId="77777777" w:rsidR="00D05ED3" w:rsidRPr="00124622" w:rsidRDefault="00000000" w:rsidP="00124622">
      <w:pPr>
        <w:pStyle w:val="Nagwek2"/>
        <w:jc w:val="center"/>
        <w:rPr>
          <w:color w:val="000000" w:themeColor="text1"/>
        </w:rPr>
      </w:pPr>
      <w:r w:rsidRPr="00124622">
        <w:rPr>
          <w:color w:val="000000" w:themeColor="text1"/>
        </w:rPr>
        <w:t>§ 5</w:t>
      </w:r>
    </w:p>
    <w:p w14:paraId="6C69C61D" w14:textId="77777777" w:rsidR="00D05ED3" w:rsidRDefault="00000000" w:rsidP="00124622">
      <w:pPr>
        <w:jc w:val="both"/>
      </w:pPr>
      <w:r w:rsidRPr="00124622">
        <w:rPr>
          <w:rFonts w:eastAsia="Arial"/>
          <w:color w:val="000000" w:themeColor="text1"/>
        </w:rPr>
        <w:t xml:space="preserve">Zarządzenie wchodzi w życie z dniem ................................ </w:t>
      </w:r>
      <w:r>
        <w:rPr>
          <w:rFonts w:eastAsia="Arial"/>
        </w:rPr>
        <w:t>2026 r.</w:t>
      </w:r>
    </w:p>
    <w:p w14:paraId="30E2477D" w14:textId="77777777" w:rsidR="00D05ED3" w:rsidRDefault="00D05ED3"/>
    <w:p w14:paraId="73DD511C" w14:textId="77777777" w:rsidR="00D05ED3" w:rsidRDefault="00D05ED3"/>
    <w:p w14:paraId="0C7DA30D" w14:textId="77777777" w:rsidR="00D05ED3" w:rsidRDefault="00000000">
      <w:pPr>
        <w:jc w:val="right"/>
      </w:pPr>
      <w:r>
        <w:rPr>
          <w:rFonts w:eastAsia="Arial"/>
          <w:b/>
        </w:rPr>
        <w:t>........................................................</w:t>
      </w:r>
      <w:r>
        <w:rPr>
          <w:rFonts w:eastAsia="Arial"/>
          <w:b/>
        </w:rPr>
        <w:br/>
        <w:t>Dyrektor Kucykowego Żłobka</w:t>
      </w:r>
    </w:p>
    <w:sectPr w:rsidR="00D05ED3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1284587">
    <w:abstractNumId w:val="8"/>
  </w:num>
  <w:num w:numId="2" w16cid:durableId="670910407">
    <w:abstractNumId w:val="6"/>
  </w:num>
  <w:num w:numId="3" w16cid:durableId="2012833642">
    <w:abstractNumId w:val="5"/>
  </w:num>
  <w:num w:numId="4" w16cid:durableId="1743992134">
    <w:abstractNumId w:val="4"/>
  </w:num>
  <w:num w:numId="5" w16cid:durableId="147939737">
    <w:abstractNumId w:val="7"/>
  </w:num>
  <w:num w:numId="6" w16cid:durableId="1248804499">
    <w:abstractNumId w:val="3"/>
  </w:num>
  <w:num w:numId="7" w16cid:durableId="633829563">
    <w:abstractNumId w:val="2"/>
  </w:num>
  <w:num w:numId="8" w16cid:durableId="1186557269">
    <w:abstractNumId w:val="1"/>
  </w:num>
  <w:num w:numId="9" w16cid:durableId="1516000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4622"/>
    <w:rsid w:val="0015074B"/>
    <w:rsid w:val="0029639D"/>
    <w:rsid w:val="00326F90"/>
    <w:rsid w:val="00867B9F"/>
    <w:rsid w:val="00AA1D8D"/>
    <w:rsid w:val="00B47730"/>
    <w:rsid w:val="00CB0664"/>
    <w:rsid w:val="00D05E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C4527"/>
  <w14:defaultImageDpi w14:val="300"/>
  <w15:docId w15:val="{E7C78E51-5E73-416C-874F-77BF073B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69" w:lineRule="auto"/>
    </w:pPr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3746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243746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2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Arial" w:hAnsi="Arial"/>
      <w:color w:val="6666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Kucykowe Przedszkole</cp:lastModifiedBy>
  <cp:revision>2</cp:revision>
  <cp:lastPrinted>2026-08-20T13:11:00Z</cp:lastPrinted>
  <dcterms:created xsi:type="dcterms:W3CDTF">2026-08-20T13:17:00Z</dcterms:created>
  <dcterms:modified xsi:type="dcterms:W3CDTF">2026-08-20T13:17:00Z</dcterms:modified>
  <cp:category/>
</cp:coreProperties>
</file>